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200" w:type="dxa"/>
          <w:right w:w="200" w:type="dxa"/>
        </w:tblCellMar>
        <w:tblLayout w:type="fixed"/>
      </w:tblPr>
      <w:tblGrid>
        <w:gridCol w:w="5159"/>
        <w:gridCol w:w="5159"/>
      </w:tblGrid>
      <w:tr>
        <w:trPr>
          <w:trHeight w:val="3118" w:hRule="exact"/>
          <w:cantSplit/>
        </w:trPr>
        <w:tc>
          <w:tcPr>
            <w:tcW w:type="dxa" w:w="5159"/>
          </w:tcPr>
          <w:p>
            <w:pPr>
              <w:spacing w:before="0" w:after="0"/>
              <w:jc w:val="left"/>
              <w:shd w:val="clear" w:color="auto" w:fill="1F6F78"/>
            </w:pPr>
            <w:r>
              <w:rPr>
                <w:b/>
                <w:color w:val="FFFFFF"/>
                <w:sz w:val="19"/>
              </w:rPr>
              <w:t xml:space="preserve">  株式会社○○○○</w:t>
            </w:r>
          </w:p>
          <w:p>
            <w:pPr>
              <w:spacing w:before="0" w:after="0"/>
              <w:jc w:val="left"/>
              <w:shd w:val="clear" w:color="auto" w:fill="1F6F78"/>
            </w:pPr>
            <w:r>
              <w:rPr>
                <w:b w:val="0"/>
                <w:color w:val="FFFFFF"/>
                <w:sz w:val="12"/>
              </w:rPr>
              <w:t xml:space="preserve">  https://www.example.co.jp</w:t>
            </w:r>
          </w:p>
          <w:p>
            <w:pPr>
              <w:spacing w:before="160" w:after="0"/>
              <w:jc w:val="left"/>
            </w:pPr>
            <w:r>
              <w:rPr>
                <w:b w:val="0"/>
                <w:sz w:val="15"/>
              </w:rPr>
              <w:t>総務部　主任</w:t>
            </w:r>
          </w:p>
          <w:p>
            <w:pPr>
              <w:spacing w:before="20" w:after="0"/>
              <w:jc w:val="left"/>
            </w:pPr>
            <w:r>
              <w:rPr>
                <w:b/>
                <w:sz w:val="34"/>
              </w:rPr>
              <w:t>佐藤　花子</w:t>
            </w:r>
          </w:p>
          <w:p>
            <w:pPr>
              <w:spacing w:before="0" w:after="0"/>
              <w:jc w:val="left"/>
            </w:pPr>
            <w:r>
              <w:rPr>
                <w:b w:val="0"/>
                <w:color w:val="1F6F78"/>
                <w:sz w:val="14"/>
              </w:rPr>
              <w:t>Hanako Sato</w:t>
            </w:r>
          </w:p>
          <w:p>
            <w:pPr>
              <w:spacing w:before="140" w:after="0"/>
              <w:jc w:val="left"/>
            </w:pPr>
            <w:r>
              <w:rPr>
                <w:b w:val="0"/>
                <w:sz w:val="13"/>
              </w:rPr>
              <w:t>〒530-0000 大阪府大阪市北区○○1-2-3</w:t>
            </w:r>
          </w:p>
          <w:p>
            <w:pPr>
              <w:spacing w:before="0" w:after="0"/>
              <w:jc w:val="left"/>
            </w:pPr>
            <w:r>
              <w:rPr>
                <w:b w:val="0"/>
                <w:sz w:val="13"/>
              </w:rPr>
              <w:t>TEL 06-0000-0000　Mail h.sato@example.co.jp</w:t>
            </w:r>
          </w:p>
        </w:tc>
        <w:tc>
          <w:tcPr>
            <w:tcW w:type="dxa" w:w="5159"/>
          </w:tcPr>
          <w:p>
            <w:pPr>
              <w:spacing w:before="0" w:after="0"/>
              <w:jc w:val="left"/>
              <w:shd w:val="clear" w:color="auto" w:fill="1F6F78"/>
            </w:pPr>
            <w:r>
              <w:rPr>
                <w:b/>
                <w:color w:val="FFFFFF"/>
                <w:sz w:val="19"/>
              </w:rPr>
              <w:t xml:space="preserve">  株式会社○○○○</w:t>
            </w:r>
          </w:p>
          <w:p>
            <w:pPr>
              <w:spacing w:before="0" w:after="0"/>
              <w:jc w:val="left"/>
              <w:shd w:val="clear" w:color="auto" w:fill="1F6F78"/>
            </w:pPr>
            <w:r>
              <w:rPr>
                <w:b w:val="0"/>
                <w:color w:val="FFFFFF"/>
                <w:sz w:val="12"/>
              </w:rPr>
              <w:t xml:space="preserve">  https://www.example.co.jp</w:t>
            </w:r>
          </w:p>
          <w:p>
            <w:pPr>
              <w:spacing w:before="160" w:after="0"/>
              <w:jc w:val="left"/>
            </w:pPr>
            <w:r>
              <w:rPr>
                <w:b w:val="0"/>
                <w:sz w:val="15"/>
              </w:rPr>
              <w:t>総務部　主任</w:t>
            </w:r>
          </w:p>
          <w:p>
            <w:pPr>
              <w:spacing w:before="20" w:after="0"/>
              <w:jc w:val="left"/>
            </w:pPr>
            <w:r>
              <w:rPr>
                <w:b/>
                <w:sz w:val="34"/>
              </w:rPr>
              <w:t>佐藤　花子</w:t>
            </w:r>
          </w:p>
          <w:p>
            <w:pPr>
              <w:spacing w:before="0" w:after="0"/>
              <w:jc w:val="left"/>
            </w:pPr>
            <w:r>
              <w:rPr>
                <w:b w:val="0"/>
                <w:color w:val="1F6F78"/>
                <w:sz w:val="14"/>
              </w:rPr>
              <w:t>Hanako Sato</w:t>
            </w:r>
          </w:p>
          <w:p>
            <w:pPr>
              <w:spacing w:before="140" w:after="0"/>
              <w:jc w:val="left"/>
            </w:pPr>
            <w:r>
              <w:rPr>
                <w:b w:val="0"/>
                <w:sz w:val="13"/>
              </w:rPr>
              <w:t>〒530-0000 大阪府大阪市北区○○1-2-3</w:t>
            </w:r>
          </w:p>
          <w:p>
            <w:pPr>
              <w:spacing w:before="0" w:after="0"/>
              <w:jc w:val="left"/>
            </w:pPr>
            <w:r>
              <w:rPr>
                <w:b w:val="0"/>
                <w:sz w:val="13"/>
              </w:rPr>
              <w:t>TEL 06-0000-0000　Mail h.sato@example.co.jp</w:t>
            </w:r>
          </w:p>
        </w:tc>
      </w:tr>
      <w:tr>
        <w:trPr>
          <w:trHeight w:val="3118" w:hRule="exact"/>
          <w:cantSplit/>
        </w:trPr>
        <w:tc>
          <w:tcPr>
            <w:tcW w:type="dxa" w:w="5159"/>
          </w:tcPr>
          <w:p>
            <w:pPr>
              <w:spacing w:before="0" w:after="0"/>
              <w:jc w:val="left"/>
              <w:shd w:val="clear" w:color="auto" w:fill="1F6F78"/>
            </w:pPr>
            <w:r>
              <w:rPr>
                <w:b/>
                <w:color w:val="FFFFFF"/>
                <w:sz w:val="19"/>
              </w:rPr>
              <w:t xml:space="preserve">  株式会社○○○○</w:t>
            </w:r>
          </w:p>
          <w:p>
            <w:pPr>
              <w:spacing w:before="0" w:after="0"/>
              <w:jc w:val="left"/>
              <w:shd w:val="clear" w:color="auto" w:fill="1F6F78"/>
            </w:pPr>
            <w:r>
              <w:rPr>
                <w:b w:val="0"/>
                <w:color w:val="FFFFFF"/>
                <w:sz w:val="12"/>
              </w:rPr>
              <w:t xml:space="preserve">  https://www.example.co.jp</w:t>
            </w:r>
          </w:p>
          <w:p>
            <w:pPr>
              <w:spacing w:before="160" w:after="0"/>
              <w:jc w:val="left"/>
            </w:pPr>
            <w:r>
              <w:rPr>
                <w:b w:val="0"/>
                <w:sz w:val="15"/>
              </w:rPr>
              <w:t>総務部　主任</w:t>
            </w:r>
          </w:p>
          <w:p>
            <w:pPr>
              <w:spacing w:before="20" w:after="0"/>
              <w:jc w:val="left"/>
            </w:pPr>
            <w:r>
              <w:rPr>
                <w:b/>
                <w:sz w:val="34"/>
              </w:rPr>
              <w:t>佐藤　花子</w:t>
            </w:r>
          </w:p>
          <w:p>
            <w:pPr>
              <w:spacing w:before="0" w:after="0"/>
              <w:jc w:val="left"/>
            </w:pPr>
            <w:r>
              <w:rPr>
                <w:b w:val="0"/>
                <w:color w:val="1F6F78"/>
                <w:sz w:val="14"/>
              </w:rPr>
              <w:t>Hanako Sato</w:t>
            </w:r>
          </w:p>
          <w:p>
            <w:pPr>
              <w:spacing w:before="140" w:after="0"/>
              <w:jc w:val="left"/>
            </w:pPr>
            <w:r>
              <w:rPr>
                <w:b w:val="0"/>
                <w:sz w:val="13"/>
              </w:rPr>
              <w:t>〒530-0000 大阪府大阪市北区○○1-2-3</w:t>
            </w:r>
          </w:p>
          <w:p>
            <w:pPr>
              <w:spacing w:before="0" w:after="0"/>
              <w:jc w:val="left"/>
            </w:pPr>
            <w:r>
              <w:rPr>
                <w:b w:val="0"/>
                <w:sz w:val="13"/>
              </w:rPr>
              <w:t>TEL 06-0000-0000　Mail h.sato@example.co.jp</w:t>
            </w:r>
          </w:p>
        </w:tc>
        <w:tc>
          <w:tcPr>
            <w:tcW w:type="dxa" w:w="5159"/>
          </w:tcPr>
          <w:p>
            <w:pPr>
              <w:spacing w:before="0" w:after="0"/>
              <w:jc w:val="left"/>
              <w:shd w:val="clear" w:color="auto" w:fill="1F6F78"/>
            </w:pPr>
            <w:r>
              <w:rPr>
                <w:b/>
                <w:color w:val="FFFFFF"/>
                <w:sz w:val="19"/>
              </w:rPr>
              <w:t xml:space="preserve">  株式会社○○○○</w:t>
            </w:r>
          </w:p>
          <w:p>
            <w:pPr>
              <w:spacing w:before="0" w:after="0"/>
              <w:jc w:val="left"/>
              <w:shd w:val="clear" w:color="auto" w:fill="1F6F78"/>
            </w:pPr>
            <w:r>
              <w:rPr>
                <w:b w:val="0"/>
                <w:color w:val="FFFFFF"/>
                <w:sz w:val="12"/>
              </w:rPr>
              <w:t xml:space="preserve">  https://www.example.co.jp</w:t>
            </w:r>
          </w:p>
          <w:p>
            <w:pPr>
              <w:spacing w:before="160" w:after="0"/>
              <w:jc w:val="left"/>
            </w:pPr>
            <w:r>
              <w:rPr>
                <w:b w:val="0"/>
                <w:sz w:val="15"/>
              </w:rPr>
              <w:t>総務部　主任</w:t>
            </w:r>
          </w:p>
          <w:p>
            <w:pPr>
              <w:spacing w:before="20" w:after="0"/>
              <w:jc w:val="left"/>
            </w:pPr>
            <w:r>
              <w:rPr>
                <w:b/>
                <w:sz w:val="34"/>
              </w:rPr>
              <w:t>佐藤　花子</w:t>
            </w:r>
          </w:p>
          <w:p>
            <w:pPr>
              <w:spacing w:before="0" w:after="0"/>
              <w:jc w:val="left"/>
            </w:pPr>
            <w:r>
              <w:rPr>
                <w:b w:val="0"/>
                <w:color w:val="1F6F78"/>
                <w:sz w:val="14"/>
              </w:rPr>
              <w:t>Hanako Sato</w:t>
            </w:r>
          </w:p>
          <w:p>
            <w:pPr>
              <w:spacing w:before="140" w:after="0"/>
              <w:jc w:val="left"/>
            </w:pPr>
            <w:r>
              <w:rPr>
                <w:b w:val="0"/>
                <w:sz w:val="13"/>
              </w:rPr>
              <w:t>〒530-0000 大阪府大阪市北区○○1-2-3</w:t>
            </w:r>
          </w:p>
          <w:p>
            <w:pPr>
              <w:spacing w:before="0" w:after="0"/>
              <w:jc w:val="left"/>
            </w:pPr>
            <w:r>
              <w:rPr>
                <w:b w:val="0"/>
                <w:sz w:val="13"/>
              </w:rPr>
              <w:t>TEL 06-0000-0000　Mail h.sato@example.co.jp</w:t>
            </w:r>
          </w:p>
        </w:tc>
      </w:tr>
      <w:tr>
        <w:trPr>
          <w:trHeight w:val="3118" w:hRule="exact"/>
          <w:cantSplit/>
        </w:trPr>
        <w:tc>
          <w:tcPr>
            <w:tcW w:type="dxa" w:w="5159"/>
          </w:tcPr>
          <w:p>
            <w:pPr>
              <w:spacing w:before="0" w:after="0"/>
              <w:jc w:val="left"/>
              <w:shd w:val="clear" w:color="auto" w:fill="1F6F78"/>
            </w:pPr>
            <w:r>
              <w:rPr>
                <w:b/>
                <w:color w:val="FFFFFF"/>
                <w:sz w:val="19"/>
              </w:rPr>
              <w:t xml:space="preserve">  株式会社○○○○</w:t>
            </w:r>
          </w:p>
          <w:p>
            <w:pPr>
              <w:spacing w:before="0" w:after="0"/>
              <w:jc w:val="left"/>
              <w:shd w:val="clear" w:color="auto" w:fill="1F6F78"/>
            </w:pPr>
            <w:r>
              <w:rPr>
                <w:b w:val="0"/>
                <w:color w:val="FFFFFF"/>
                <w:sz w:val="12"/>
              </w:rPr>
              <w:t xml:space="preserve">  https://www.example.co.jp</w:t>
            </w:r>
          </w:p>
          <w:p>
            <w:pPr>
              <w:spacing w:before="160" w:after="0"/>
              <w:jc w:val="left"/>
            </w:pPr>
            <w:r>
              <w:rPr>
                <w:b w:val="0"/>
                <w:sz w:val="15"/>
              </w:rPr>
              <w:t>総務部　主任</w:t>
            </w:r>
          </w:p>
          <w:p>
            <w:pPr>
              <w:spacing w:before="20" w:after="0"/>
              <w:jc w:val="left"/>
            </w:pPr>
            <w:r>
              <w:rPr>
                <w:b/>
                <w:sz w:val="34"/>
              </w:rPr>
              <w:t>佐藤　花子</w:t>
            </w:r>
          </w:p>
          <w:p>
            <w:pPr>
              <w:spacing w:before="0" w:after="0"/>
              <w:jc w:val="left"/>
            </w:pPr>
            <w:r>
              <w:rPr>
                <w:b w:val="0"/>
                <w:color w:val="1F6F78"/>
                <w:sz w:val="14"/>
              </w:rPr>
              <w:t>Hanako Sato</w:t>
            </w:r>
          </w:p>
          <w:p>
            <w:pPr>
              <w:spacing w:before="140" w:after="0"/>
              <w:jc w:val="left"/>
            </w:pPr>
            <w:r>
              <w:rPr>
                <w:b w:val="0"/>
                <w:sz w:val="13"/>
              </w:rPr>
              <w:t>〒530-0000 大阪府大阪市北区○○1-2-3</w:t>
            </w:r>
          </w:p>
          <w:p>
            <w:pPr>
              <w:spacing w:before="0" w:after="0"/>
              <w:jc w:val="left"/>
            </w:pPr>
            <w:r>
              <w:rPr>
                <w:b w:val="0"/>
                <w:sz w:val="13"/>
              </w:rPr>
              <w:t>TEL 06-0000-0000　Mail h.sato@example.co.jp</w:t>
            </w:r>
          </w:p>
        </w:tc>
        <w:tc>
          <w:tcPr>
            <w:tcW w:type="dxa" w:w="5159"/>
          </w:tcPr>
          <w:p>
            <w:pPr>
              <w:spacing w:before="0" w:after="0"/>
              <w:jc w:val="left"/>
              <w:shd w:val="clear" w:color="auto" w:fill="1F6F78"/>
            </w:pPr>
            <w:r>
              <w:rPr>
                <w:b/>
                <w:color w:val="FFFFFF"/>
                <w:sz w:val="19"/>
              </w:rPr>
              <w:t xml:space="preserve">  株式会社○○○○</w:t>
            </w:r>
          </w:p>
          <w:p>
            <w:pPr>
              <w:spacing w:before="0" w:after="0"/>
              <w:jc w:val="left"/>
              <w:shd w:val="clear" w:color="auto" w:fill="1F6F78"/>
            </w:pPr>
            <w:r>
              <w:rPr>
                <w:b w:val="0"/>
                <w:color w:val="FFFFFF"/>
                <w:sz w:val="12"/>
              </w:rPr>
              <w:t xml:space="preserve">  https://www.example.co.jp</w:t>
            </w:r>
          </w:p>
          <w:p>
            <w:pPr>
              <w:spacing w:before="160" w:after="0"/>
              <w:jc w:val="left"/>
            </w:pPr>
            <w:r>
              <w:rPr>
                <w:b w:val="0"/>
                <w:sz w:val="15"/>
              </w:rPr>
              <w:t>総務部　主任</w:t>
            </w:r>
          </w:p>
          <w:p>
            <w:pPr>
              <w:spacing w:before="20" w:after="0"/>
              <w:jc w:val="left"/>
            </w:pPr>
            <w:r>
              <w:rPr>
                <w:b/>
                <w:sz w:val="34"/>
              </w:rPr>
              <w:t>佐藤　花子</w:t>
            </w:r>
          </w:p>
          <w:p>
            <w:pPr>
              <w:spacing w:before="0" w:after="0"/>
              <w:jc w:val="left"/>
            </w:pPr>
            <w:r>
              <w:rPr>
                <w:b w:val="0"/>
                <w:color w:val="1F6F78"/>
                <w:sz w:val="14"/>
              </w:rPr>
              <w:t>Hanako Sato</w:t>
            </w:r>
          </w:p>
          <w:p>
            <w:pPr>
              <w:spacing w:before="140" w:after="0"/>
              <w:jc w:val="left"/>
            </w:pPr>
            <w:r>
              <w:rPr>
                <w:b w:val="0"/>
                <w:sz w:val="13"/>
              </w:rPr>
              <w:t>〒530-0000 大阪府大阪市北区○○1-2-3</w:t>
            </w:r>
          </w:p>
          <w:p>
            <w:pPr>
              <w:spacing w:before="0" w:after="0"/>
              <w:jc w:val="left"/>
            </w:pPr>
            <w:r>
              <w:rPr>
                <w:b w:val="0"/>
                <w:sz w:val="13"/>
              </w:rPr>
              <w:t>TEL 06-0000-0000　Mail h.sato@example.co.jp</w:t>
            </w:r>
          </w:p>
        </w:tc>
      </w:tr>
      <w:tr>
        <w:trPr>
          <w:trHeight w:val="3118" w:hRule="exact"/>
          <w:cantSplit/>
        </w:trPr>
        <w:tc>
          <w:tcPr>
            <w:tcW w:type="dxa" w:w="5159"/>
          </w:tcPr>
          <w:p>
            <w:pPr>
              <w:spacing w:before="0" w:after="0"/>
              <w:jc w:val="left"/>
              <w:shd w:val="clear" w:color="auto" w:fill="1F6F78"/>
            </w:pPr>
            <w:r>
              <w:rPr>
                <w:b/>
                <w:color w:val="FFFFFF"/>
                <w:sz w:val="19"/>
              </w:rPr>
              <w:t xml:space="preserve">  株式会社○○○○</w:t>
            </w:r>
          </w:p>
          <w:p>
            <w:pPr>
              <w:spacing w:before="0" w:after="0"/>
              <w:jc w:val="left"/>
              <w:shd w:val="clear" w:color="auto" w:fill="1F6F78"/>
            </w:pPr>
            <w:r>
              <w:rPr>
                <w:b w:val="0"/>
                <w:color w:val="FFFFFF"/>
                <w:sz w:val="12"/>
              </w:rPr>
              <w:t xml:space="preserve">  https://www.example.co.jp</w:t>
            </w:r>
          </w:p>
          <w:p>
            <w:pPr>
              <w:spacing w:before="160" w:after="0"/>
              <w:jc w:val="left"/>
            </w:pPr>
            <w:r>
              <w:rPr>
                <w:b w:val="0"/>
                <w:sz w:val="15"/>
              </w:rPr>
              <w:t>総務部　主任</w:t>
            </w:r>
          </w:p>
          <w:p>
            <w:pPr>
              <w:spacing w:before="20" w:after="0"/>
              <w:jc w:val="left"/>
            </w:pPr>
            <w:r>
              <w:rPr>
                <w:b/>
                <w:sz w:val="34"/>
              </w:rPr>
              <w:t>佐藤　花子</w:t>
            </w:r>
          </w:p>
          <w:p>
            <w:pPr>
              <w:spacing w:before="0" w:after="0"/>
              <w:jc w:val="left"/>
            </w:pPr>
            <w:r>
              <w:rPr>
                <w:b w:val="0"/>
                <w:color w:val="1F6F78"/>
                <w:sz w:val="14"/>
              </w:rPr>
              <w:t>Hanako Sato</w:t>
            </w:r>
          </w:p>
          <w:p>
            <w:pPr>
              <w:spacing w:before="140" w:after="0"/>
              <w:jc w:val="left"/>
            </w:pPr>
            <w:r>
              <w:rPr>
                <w:b w:val="0"/>
                <w:sz w:val="13"/>
              </w:rPr>
              <w:t>〒530-0000 大阪府大阪市北区○○1-2-3</w:t>
            </w:r>
          </w:p>
          <w:p>
            <w:pPr>
              <w:spacing w:before="0" w:after="0"/>
              <w:jc w:val="left"/>
            </w:pPr>
            <w:r>
              <w:rPr>
                <w:b w:val="0"/>
                <w:sz w:val="13"/>
              </w:rPr>
              <w:t>TEL 06-0000-0000　Mail h.sato@example.co.jp</w:t>
            </w:r>
          </w:p>
        </w:tc>
        <w:tc>
          <w:tcPr>
            <w:tcW w:type="dxa" w:w="5159"/>
          </w:tcPr>
          <w:p>
            <w:pPr>
              <w:spacing w:before="0" w:after="0"/>
              <w:jc w:val="left"/>
              <w:shd w:val="clear" w:color="auto" w:fill="1F6F78"/>
            </w:pPr>
            <w:r>
              <w:rPr>
                <w:b/>
                <w:color w:val="FFFFFF"/>
                <w:sz w:val="19"/>
              </w:rPr>
              <w:t xml:space="preserve">  株式会社○○○○</w:t>
            </w:r>
          </w:p>
          <w:p>
            <w:pPr>
              <w:spacing w:before="0" w:after="0"/>
              <w:jc w:val="left"/>
              <w:shd w:val="clear" w:color="auto" w:fill="1F6F78"/>
            </w:pPr>
            <w:r>
              <w:rPr>
                <w:b w:val="0"/>
                <w:color w:val="FFFFFF"/>
                <w:sz w:val="12"/>
              </w:rPr>
              <w:t xml:space="preserve">  https://www.example.co.jp</w:t>
            </w:r>
          </w:p>
          <w:p>
            <w:pPr>
              <w:spacing w:before="160" w:after="0"/>
              <w:jc w:val="left"/>
            </w:pPr>
            <w:r>
              <w:rPr>
                <w:b w:val="0"/>
                <w:sz w:val="15"/>
              </w:rPr>
              <w:t>総務部　主任</w:t>
            </w:r>
          </w:p>
          <w:p>
            <w:pPr>
              <w:spacing w:before="20" w:after="0"/>
              <w:jc w:val="left"/>
            </w:pPr>
            <w:r>
              <w:rPr>
                <w:b/>
                <w:sz w:val="34"/>
              </w:rPr>
              <w:t>佐藤　花子</w:t>
            </w:r>
          </w:p>
          <w:p>
            <w:pPr>
              <w:spacing w:before="0" w:after="0"/>
              <w:jc w:val="left"/>
            </w:pPr>
            <w:r>
              <w:rPr>
                <w:b w:val="0"/>
                <w:color w:val="1F6F78"/>
                <w:sz w:val="14"/>
              </w:rPr>
              <w:t>Hanako Sato</w:t>
            </w:r>
          </w:p>
          <w:p>
            <w:pPr>
              <w:spacing w:before="140" w:after="0"/>
              <w:jc w:val="left"/>
            </w:pPr>
            <w:r>
              <w:rPr>
                <w:b w:val="0"/>
                <w:sz w:val="13"/>
              </w:rPr>
              <w:t>〒530-0000 大阪府大阪市北区○○1-2-3</w:t>
            </w:r>
          </w:p>
          <w:p>
            <w:pPr>
              <w:spacing w:before="0" w:after="0"/>
              <w:jc w:val="left"/>
            </w:pPr>
            <w:r>
              <w:rPr>
                <w:b w:val="0"/>
                <w:sz w:val="13"/>
              </w:rPr>
              <w:t>TEL 06-0000-0000　Mail h.sato@example.co.jp</w:t>
            </w:r>
          </w:p>
        </w:tc>
      </w:tr>
      <w:tr>
        <w:trPr>
          <w:trHeight w:val="3118" w:hRule="exact"/>
          <w:cantSplit/>
        </w:trPr>
        <w:tc>
          <w:tcPr>
            <w:tcW w:type="dxa" w:w="5159"/>
          </w:tcPr>
          <w:p>
            <w:pPr>
              <w:spacing w:before="0" w:after="0"/>
              <w:jc w:val="left"/>
              <w:shd w:val="clear" w:color="auto" w:fill="1F6F78"/>
            </w:pPr>
            <w:r>
              <w:rPr>
                <w:b/>
                <w:color w:val="FFFFFF"/>
                <w:sz w:val="19"/>
              </w:rPr>
              <w:t xml:space="preserve">  株式会社○○○○</w:t>
            </w:r>
          </w:p>
          <w:p>
            <w:pPr>
              <w:spacing w:before="0" w:after="0"/>
              <w:jc w:val="left"/>
              <w:shd w:val="clear" w:color="auto" w:fill="1F6F78"/>
            </w:pPr>
            <w:r>
              <w:rPr>
                <w:b w:val="0"/>
                <w:color w:val="FFFFFF"/>
                <w:sz w:val="12"/>
              </w:rPr>
              <w:t xml:space="preserve">  https://www.example.co.jp</w:t>
            </w:r>
          </w:p>
          <w:p>
            <w:pPr>
              <w:spacing w:before="160" w:after="0"/>
              <w:jc w:val="left"/>
            </w:pPr>
            <w:r>
              <w:rPr>
                <w:b w:val="0"/>
                <w:sz w:val="15"/>
              </w:rPr>
              <w:t>総務部　主任</w:t>
            </w:r>
          </w:p>
          <w:p>
            <w:pPr>
              <w:spacing w:before="20" w:after="0"/>
              <w:jc w:val="left"/>
            </w:pPr>
            <w:r>
              <w:rPr>
                <w:b/>
                <w:sz w:val="34"/>
              </w:rPr>
              <w:t>佐藤　花子</w:t>
            </w:r>
          </w:p>
          <w:p>
            <w:pPr>
              <w:spacing w:before="0" w:after="0"/>
              <w:jc w:val="left"/>
            </w:pPr>
            <w:r>
              <w:rPr>
                <w:b w:val="0"/>
                <w:color w:val="1F6F78"/>
                <w:sz w:val="14"/>
              </w:rPr>
              <w:t>Hanako Sato</w:t>
            </w:r>
          </w:p>
          <w:p>
            <w:pPr>
              <w:spacing w:before="140" w:after="0"/>
              <w:jc w:val="left"/>
            </w:pPr>
            <w:r>
              <w:rPr>
                <w:b w:val="0"/>
                <w:sz w:val="13"/>
              </w:rPr>
              <w:t>〒530-0000 大阪府大阪市北区○○1-2-3</w:t>
            </w:r>
          </w:p>
          <w:p>
            <w:pPr>
              <w:spacing w:before="0" w:after="0"/>
              <w:jc w:val="left"/>
            </w:pPr>
            <w:r>
              <w:rPr>
                <w:b w:val="0"/>
                <w:sz w:val="13"/>
              </w:rPr>
              <w:t>TEL 06-0000-0000　Mail h.sato@example.co.jp</w:t>
            </w:r>
          </w:p>
        </w:tc>
        <w:tc>
          <w:tcPr>
            <w:tcW w:type="dxa" w:w="5159"/>
          </w:tcPr>
          <w:p>
            <w:pPr>
              <w:spacing w:before="0" w:after="0"/>
              <w:jc w:val="left"/>
              <w:shd w:val="clear" w:color="auto" w:fill="1F6F78"/>
            </w:pPr>
            <w:r>
              <w:rPr>
                <w:b/>
                <w:color w:val="FFFFFF"/>
                <w:sz w:val="19"/>
              </w:rPr>
              <w:t xml:space="preserve">  株式会社○○○○</w:t>
            </w:r>
          </w:p>
          <w:p>
            <w:pPr>
              <w:spacing w:before="0" w:after="0"/>
              <w:jc w:val="left"/>
              <w:shd w:val="clear" w:color="auto" w:fill="1F6F78"/>
            </w:pPr>
            <w:r>
              <w:rPr>
                <w:b w:val="0"/>
                <w:color w:val="FFFFFF"/>
                <w:sz w:val="12"/>
              </w:rPr>
              <w:t xml:space="preserve">  https://www.example.co.jp</w:t>
            </w:r>
          </w:p>
          <w:p>
            <w:pPr>
              <w:spacing w:before="160" w:after="0"/>
              <w:jc w:val="left"/>
            </w:pPr>
            <w:r>
              <w:rPr>
                <w:b w:val="0"/>
                <w:sz w:val="15"/>
              </w:rPr>
              <w:t>総務部　主任</w:t>
            </w:r>
          </w:p>
          <w:p>
            <w:pPr>
              <w:spacing w:before="20" w:after="0"/>
              <w:jc w:val="left"/>
            </w:pPr>
            <w:r>
              <w:rPr>
                <w:b/>
                <w:sz w:val="34"/>
              </w:rPr>
              <w:t>佐藤　花子</w:t>
            </w:r>
          </w:p>
          <w:p>
            <w:pPr>
              <w:spacing w:before="0" w:after="0"/>
              <w:jc w:val="left"/>
            </w:pPr>
            <w:r>
              <w:rPr>
                <w:b w:val="0"/>
                <w:color w:val="1F6F78"/>
                <w:sz w:val="14"/>
              </w:rPr>
              <w:t>Hanako Sato</w:t>
            </w:r>
          </w:p>
          <w:p>
            <w:pPr>
              <w:spacing w:before="140" w:after="0"/>
              <w:jc w:val="left"/>
            </w:pPr>
            <w:r>
              <w:rPr>
                <w:b w:val="0"/>
                <w:sz w:val="13"/>
              </w:rPr>
              <w:t>〒530-0000 大阪府大阪市北区○○1-2-3</w:t>
            </w:r>
          </w:p>
          <w:p>
            <w:pPr>
              <w:spacing w:before="0" w:after="0"/>
              <w:jc w:val="left"/>
            </w:pPr>
            <w:r>
              <w:rPr>
                <w:b w:val="0"/>
                <w:sz w:val="13"/>
              </w:rPr>
              <w:t>TEL 06-0000-0000　Mail h.sato@example.co.jp</w:t>
            </w:r>
          </w:p>
        </w:tc>
      </w:tr>
    </w:tbl>
    <w:p>
      <w:pPr>
        <w:spacing w:line="20" w:lineRule="exact"/>
      </w:pPr>
      <w:r>
        <w:rPr>
          <w:sz w:val="2"/>
        </w:rPr>
      </w:r>
    </w:p>
    <w:sectPr w:rsidR="00FC693F" w:rsidRPr="0006063C" w:rsidSect="00034616">
      <w:pgSz w:w="11906" w:h="16838"/>
      <w:pgMar w:top="624" w:right="794" w:bottom="567" w:left="794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游ゴシック" w:hAnsi="游ゴシック" w:eastAsia="游ゴシック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