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</w:pPr>
      <w:r>
        <w:rPr>
          <w:b/>
          <w:color w:val="6B4226"/>
          <w:sz w:val="60"/>
        </w:rPr>
        <w:t>Café ○○○</w:t>
      </w:r>
    </w:p>
    <w:p>
      <w:pPr>
        <w:spacing w:before="0" w:after="280"/>
        <w:jc w:val="center"/>
      </w:pPr>
      <w:r>
        <w:rPr>
          <w:b w:val="0"/>
          <w:color w:val="A0806A"/>
          <w:sz w:val="26"/>
        </w:rPr>
        <w:t>M E N U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103"/>
        <w:gridCol w:w="5103"/>
      </w:tblGrid>
      <w:tr>
        <w:tc>
          <w:tcPr>
            <w:tcW w:type="dxa" w:w="4989"/>
          </w:tcPr>
          <w:p>
            <w:pPr>
              <w:spacing w:before="0" w:after="0"/>
              <w:jc w:val="left"/>
              <w:pBdr>
                <w:bottom w:val="single" w:sz="8" w:color="6B4226"/>
              </w:pBdr>
            </w:pPr>
            <w:r>
              <w:rPr>
                <w:b/>
                <w:color w:val="6B4226"/>
                <w:sz w:val="34"/>
              </w:rPr>
              <w:t>COFFEE</w:t>
            </w:r>
          </w:p>
          <w:p>
            <w:pPr>
              <w:tabs>
                <w:tab w:pos="4535" w:val="right" w:leader="dot"/>
              </w:tabs>
              <w:spacing w:before="180"/>
            </w:pPr>
            <w:r>
              <w:rPr>
                <w:b/>
                <w:sz w:val="27"/>
              </w:rPr>
              <w:t>ブレンドコーヒー</w:t>
            </w:r>
            <w:r>
              <w:rPr>
                <w:sz w:val="27"/>
              </w:rPr>
              <w:tab/>
              <w:t>450円</w:t>
            </w:r>
          </w:p>
          <w:p>
            <w:r>
              <w:rPr>
                <w:color w:val="7F7F7F"/>
                <w:sz w:val="19"/>
              </w:rPr>
              <w:t>ホット / アイス</w:t>
            </w:r>
          </w:p>
          <w:p>
            <w:pPr>
              <w:tabs>
                <w:tab w:pos="4535" w:val="right" w:leader="dot"/>
              </w:tabs>
              <w:spacing w:before="180"/>
            </w:pPr>
            <w:r>
              <w:rPr>
                <w:b/>
                <w:sz w:val="27"/>
              </w:rPr>
              <w:t>カフェラテ</w:t>
            </w:r>
            <w:r>
              <w:rPr>
                <w:sz w:val="27"/>
              </w:rPr>
              <w:tab/>
              <w:t>520円</w:t>
            </w:r>
          </w:p>
          <w:p>
            <w:r>
              <w:rPr>
                <w:color w:val="7F7F7F"/>
                <w:sz w:val="19"/>
              </w:rPr>
              <w:t>ホット / アイス</w:t>
            </w:r>
          </w:p>
          <w:p>
            <w:pPr>
              <w:tabs>
                <w:tab w:pos="4535" w:val="right" w:leader="dot"/>
              </w:tabs>
              <w:spacing w:before="180"/>
            </w:pPr>
            <w:r>
              <w:rPr>
                <w:b/>
                <w:sz w:val="27"/>
              </w:rPr>
              <w:t>カプチーノ</w:t>
            </w:r>
            <w:r>
              <w:rPr>
                <w:sz w:val="27"/>
              </w:rPr>
              <w:tab/>
              <w:t>520円</w:t>
            </w:r>
          </w:p>
          <w:p>
            <w:pPr>
              <w:tabs>
                <w:tab w:pos="4535" w:val="right" w:leader="dot"/>
              </w:tabs>
              <w:spacing w:before="180"/>
            </w:pPr>
            <w:r>
              <w:rPr>
                <w:b/>
                <w:sz w:val="27"/>
              </w:rPr>
              <w:t>カフェモカ</w:t>
            </w:r>
            <w:r>
              <w:rPr>
                <w:sz w:val="27"/>
              </w:rPr>
              <w:tab/>
              <w:t>580円</w:t>
            </w:r>
          </w:p>
          <w:p>
            <w:pPr>
              <w:tabs>
                <w:tab w:pos="4535" w:val="right" w:leader="dot"/>
              </w:tabs>
              <w:spacing w:before="180"/>
            </w:pPr>
            <w:r>
              <w:rPr>
                <w:b/>
                <w:sz w:val="27"/>
              </w:rPr>
              <w:t>エスプレッソ</w:t>
            </w:r>
            <w:r>
              <w:rPr>
                <w:sz w:val="27"/>
              </w:rPr>
              <w:tab/>
              <w:t>400円</w:t>
            </w:r>
          </w:p>
          <w:p>
            <w:pPr>
              <w:spacing w:before="440" w:after="0"/>
              <w:jc w:val="left"/>
              <w:pBdr>
                <w:bottom w:val="single" w:sz="8" w:color="6B4226"/>
              </w:pBdr>
            </w:pPr>
            <w:r>
              <w:rPr>
                <w:b/>
                <w:color w:val="6B4226"/>
                <w:sz w:val="34"/>
              </w:rPr>
              <w:t>TEA &amp; OTHERS</w:t>
            </w:r>
          </w:p>
          <w:p>
            <w:pPr>
              <w:tabs>
                <w:tab w:pos="4535" w:val="right" w:leader="dot"/>
              </w:tabs>
              <w:spacing w:before="180"/>
            </w:pPr>
            <w:r>
              <w:rPr>
                <w:b/>
                <w:sz w:val="27"/>
              </w:rPr>
              <w:t>紅茶(ダージリン)</w:t>
            </w:r>
            <w:r>
              <w:rPr>
                <w:sz w:val="27"/>
              </w:rPr>
              <w:tab/>
              <w:t>480円</w:t>
            </w:r>
          </w:p>
          <w:p>
            <w:r>
              <w:rPr>
                <w:color w:val="7F7F7F"/>
                <w:sz w:val="19"/>
              </w:rPr>
              <w:t>ストレート / ミルク / レモン</w:t>
            </w:r>
          </w:p>
          <w:p>
            <w:pPr>
              <w:tabs>
                <w:tab w:pos="4535" w:val="right" w:leader="dot"/>
              </w:tabs>
              <w:spacing w:before="180"/>
            </w:pPr>
            <w:r>
              <w:rPr>
                <w:b/>
                <w:sz w:val="27"/>
              </w:rPr>
              <w:t>抹茶ラテ</w:t>
            </w:r>
            <w:r>
              <w:rPr>
                <w:sz w:val="27"/>
              </w:rPr>
              <w:tab/>
              <w:t>550円</w:t>
            </w:r>
          </w:p>
          <w:p>
            <w:pPr>
              <w:tabs>
                <w:tab w:pos="4535" w:val="right" w:leader="dot"/>
              </w:tabs>
              <w:spacing w:before="180"/>
            </w:pPr>
            <w:r>
              <w:rPr>
                <w:b/>
                <w:sz w:val="27"/>
              </w:rPr>
              <w:t>オレンジジュース</w:t>
            </w:r>
            <w:r>
              <w:rPr>
                <w:sz w:val="27"/>
              </w:rPr>
              <w:tab/>
              <w:t>450円</w:t>
            </w:r>
          </w:p>
          <w:p>
            <w:pPr>
              <w:tabs>
                <w:tab w:pos="4535" w:val="right" w:leader="dot"/>
              </w:tabs>
              <w:spacing w:before="180"/>
            </w:pPr>
            <w:r>
              <w:rPr>
                <w:b/>
                <w:sz w:val="27"/>
              </w:rPr>
              <w:t>ココア</w:t>
            </w:r>
            <w:r>
              <w:rPr>
                <w:sz w:val="27"/>
              </w:rPr>
              <w:tab/>
              <w:t>500円</w:t>
            </w:r>
          </w:p>
        </w:tc>
        <w:tc>
          <w:tcPr>
            <w:tcW w:type="dxa" w:w="4989"/>
          </w:tcPr>
          <w:p>
            <w:pPr>
              <w:spacing w:before="0" w:after="0"/>
              <w:jc w:val="left"/>
              <w:pBdr>
                <w:bottom w:val="single" w:sz="8" w:color="6B4226"/>
              </w:pBdr>
            </w:pPr>
            <w:r>
              <w:rPr>
                <w:b/>
                <w:color w:val="6B4226"/>
                <w:sz w:val="34"/>
              </w:rPr>
              <w:t>FOOD</w:t>
            </w:r>
          </w:p>
          <w:p>
            <w:pPr>
              <w:tabs>
                <w:tab w:pos="4535" w:val="right" w:leader="dot"/>
              </w:tabs>
              <w:spacing w:before="180"/>
            </w:pPr>
            <w:r>
              <w:rPr>
                <w:b/>
                <w:sz w:val="27"/>
              </w:rPr>
              <w:t>ミックスサンド</w:t>
            </w:r>
            <w:r>
              <w:rPr>
                <w:sz w:val="27"/>
              </w:rPr>
              <w:tab/>
              <w:t>780円</w:t>
            </w:r>
          </w:p>
          <w:p>
            <w:r>
              <w:rPr>
                <w:color w:val="7F7F7F"/>
                <w:sz w:val="19"/>
              </w:rPr>
              <w:t>たまご・ハム・野菜</w:t>
            </w:r>
          </w:p>
          <w:p>
            <w:pPr>
              <w:tabs>
                <w:tab w:pos="4535" w:val="right" w:leader="dot"/>
              </w:tabs>
              <w:spacing w:before="180"/>
            </w:pPr>
            <w:r>
              <w:rPr>
                <w:b/>
                <w:sz w:val="27"/>
              </w:rPr>
              <w:t>ナポリタン</w:t>
            </w:r>
            <w:r>
              <w:rPr>
                <w:sz w:val="27"/>
              </w:rPr>
              <w:tab/>
              <w:t>880円</w:t>
            </w:r>
          </w:p>
          <w:p>
            <w:r>
              <w:rPr>
                <w:color w:val="7F7F7F"/>
                <w:sz w:val="19"/>
              </w:rPr>
              <w:t>サラダつき</w:t>
            </w:r>
          </w:p>
          <w:p>
            <w:pPr>
              <w:tabs>
                <w:tab w:pos="4535" w:val="right" w:leader="dot"/>
              </w:tabs>
              <w:spacing w:before="180"/>
            </w:pPr>
            <w:r>
              <w:rPr>
                <w:b/>
                <w:sz w:val="27"/>
              </w:rPr>
              <w:t>自家製カレー</w:t>
            </w:r>
            <w:r>
              <w:rPr>
                <w:sz w:val="27"/>
              </w:rPr>
              <w:tab/>
              <w:t>900円</w:t>
            </w:r>
          </w:p>
          <w:p>
            <w:r>
              <w:rPr>
                <w:color w:val="7F7F7F"/>
                <w:sz w:val="19"/>
              </w:rPr>
              <w:t>サラダつき</w:t>
            </w:r>
          </w:p>
          <w:p>
            <w:pPr>
              <w:tabs>
                <w:tab w:pos="4535" w:val="right" w:leader="dot"/>
              </w:tabs>
              <w:spacing w:before="180"/>
            </w:pPr>
            <w:r>
              <w:rPr>
                <w:b/>
                <w:sz w:val="27"/>
              </w:rPr>
              <w:t>トースト</w:t>
            </w:r>
            <w:r>
              <w:rPr>
                <w:sz w:val="27"/>
              </w:rPr>
              <w:tab/>
              <w:t>350円</w:t>
            </w:r>
          </w:p>
          <w:p>
            <w:r>
              <w:rPr>
                <w:color w:val="7F7F7F"/>
                <w:sz w:val="19"/>
              </w:rPr>
              <w:t>バター / ジャム</w:t>
            </w:r>
          </w:p>
          <w:p>
            <w:pPr>
              <w:spacing w:before="440" w:after="0"/>
              <w:jc w:val="left"/>
              <w:pBdr>
                <w:bottom w:val="single" w:sz="8" w:color="6B4226"/>
              </w:pBdr>
            </w:pPr>
            <w:r>
              <w:rPr>
                <w:b/>
                <w:color w:val="6B4226"/>
                <w:sz w:val="34"/>
              </w:rPr>
              <w:t>SWEETS</w:t>
            </w:r>
          </w:p>
          <w:p>
            <w:pPr>
              <w:tabs>
                <w:tab w:pos="4535" w:val="right" w:leader="dot"/>
              </w:tabs>
              <w:spacing w:before="180"/>
            </w:pPr>
            <w:r>
              <w:rPr>
                <w:b/>
                <w:sz w:val="27"/>
              </w:rPr>
              <w:t>ガトーショコラ</w:t>
            </w:r>
            <w:r>
              <w:rPr>
                <w:sz w:val="27"/>
              </w:rPr>
              <w:tab/>
              <w:t>480円</w:t>
            </w:r>
          </w:p>
          <w:p>
            <w:pPr>
              <w:tabs>
                <w:tab w:pos="4535" w:val="right" w:leader="dot"/>
              </w:tabs>
              <w:spacing w:before="180"/>
            </w:pPr>
            <w:r>
              <w:rPr>
                <w:b/>
                <w:sz w:val="27"/>
              </w:rPr>
              <w:t>季節のタルト</w:t>
            </w:r>
            <w:r>
              <w:rPr>
                <w:sz w:val="27"/>
              </w:rPr>
              <w:tab/>
              <w:t>520円</w:t>
            </w:r>
          </w:p>
          <w:p>
            <w:r>
              <w:rPr>
                <w:color w:val="7F7F7F"/>
                <w:sz w:val="19"/>
              </w:rPr>
              <w:t>内容はスタッフにおたずねください</w:t>
            </w:r>
          </w:p>
          <w:p>
            <w:pPr>
              <w:tabs>
                <w:tab w:pos="4535" w:val="right" w:leader="dot"/>
              </w:tabs>
              <w:spacing w:before="180"/>
            </w:pPr>
            <w:r>
              <w:rPr>
                <w:b/>
                <w:sz w:val="27"/>
              </w:rPr>
              <w:t>チーズケーキ</w:t>
            </w:r>
            <w:r>
              <w:rPr>
                <w:sz w:val="27"/>
              </w:rPr>
              <w:tab/>
              <w:t>480円</w:t>
            </w:r>
          </w:p>
          <w:p>
            <w:pPr>
              <w:spacing w:before="440" w:after="0"/>
              <w:jc w:val="left"/>
              <w:pBdr>
                <w:bottom w:val="single" w:sz="8" w:color="6B4226"/>
              </w:pBdr>
            </w:pPr>
            <w:r>
              <w:rPr>
                <w:b/>
                <w:color w:val="6B4226"/>
                <w:sz w:val="34"/>
              </w:rPr>
              <w:t>SET</w:t>
            </w:r>
          </w:p>
          <w:p>
            <w:pPr>
              <w:tabs>
                <w:tab w:pos="4535" w:val="right" w:leader="dot"/>
              </w:tabs>
              <w:spacing w:before="180"/>
            </w:pPr>
            <w:r>
              <w:rPr>
                <w:b/>
                <w:sz w:val="27"/>
              </w:rPr>
              <w:t>ケーキセット</w:t>
            </w:r>
            <w:r>
              <w:rPr>
                <w:sz w:val="27"/>
              </w:rPr>
              <w:tab/>
              <w:t>ドリンク+300円</w:t>
            </w:r>
          </w:p>
          <w:p>
            <w:r>
              <w:rPr>
                <w:color w:val="7F7F7F"/>
                <w:sz w:val="19"/>
              </w:rPr>
              <w:t>お好きなケーキとドリンク</w:t>
            </w:r>
          </w:p>
        </w:tc>
      </w:tr>
    </w:tbl>
    <w:p>
      <w:pPr>
        <w:spacing w:before="0" w:after="200"/>
        <w:jc w:val="center"/>
      </w:pPr>
      <w:r>
        <w:rPr>
          <w:b w:val="0"/>
          <w:sz w:val="12"/>
        </w:rPr>
      </w:r>
    </w:p>
    <w:p>
      <w:pPr>
        <w:spacing w:before="200" w:after="0"/>
        <w:jc w:val="center"/>
      </w:pPr>
      <w:r>
        <w:rPr>
          <w:b w:val="0"/>
          <w:color w:val="7F7F7F"/>
          <w:sz w:val="18"/>
        </w:rPr>
        <w:t>価格はすべて税込です。　食物アレルギーのある方は、スタッフにお申し付けください。</w:t>
      </w:r>
    </w:p>
    <w:sectPr w:rsidR="00FC693F" w:rsidRPr="0006063C" w:rsidSect="00034616">
      <w:pgSz w:w="11906" w:h="16838"/>
      <w:pgMar w:top="794" w:right="850" w:bottom="56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