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CellMar>
          <w:top w:w="0" w:type="dxa"/>
          <w:bottom w:w="0" w:type="dxa"/>
          <w:left w:w="200" w:type="dxa"/>
          <w:right w:w="200" w:type="dxa"/>
        </w:tblCellMar>
        <w:tblLayout w:type="fixed"/>
        <w:tblBorders>
          <w:top w:val="dashed" w:sz="4" w:color="BFBFBF"/>
          <w:left w:val="dashed" w:sz="4" w:color="BFBFBF"/>
          <w:bottom w:val="dashed" w:sz="4" w:color="BFBFBF"/>
          <w:right w:val="dashed" w:sz="4" w:color="BFBFBF"/>
          <w:insideH w:val="dashed" w:sz="4" w:color="BFBFBF"/>
          <w:insideV w:val="dashed" w:sz="4" w:color="BFBFBF"/>
        </w:tblBorders>
      </w:tblPr>
      <w:tblGrid>
        <w:gridCol w:w="4513"/>
        <w:gridCol w:w="4513"/>
      </w:tblGrid>
      <w:tr>
        <w:trPr>
          <w:trHeight w:val="8334" w:hRule="exact"/>
          <w:cantSplit/>
        </w:trPr>
        <w:tc>
          <w:tcPr>
            <w:tcW w:type="dxa" w:w="5953"/>
            <w:shd w:val="clear" w:color="auto" w:fill="FDF0F0"/>
            <w:vAlign w:val="top"/>
          </w:tcPr>
          <w:p>
            <w:pPr>
              <w:spacing w:before="520" w:after="0"/>
              <w:jc w:val="center"/>
            </w:pPr>
            <w:r>
              <w:rPr>
                <w:b/>
                <w:color w:val="E8A0A0"/>
                <w:sz w:val="52"/>
              </w:rPr>
              <w:t>Thank you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595959"/>
                <w:sz w:val="24"/>
              </w:rPr>
              <w:t>ありがとう</w:t>
            </w:r>
          </w:p>
          <w:p>
            <w:pPr>
              <w:spacing w:before="320" w:after="0"/>
              <w:ind w:left="454"/>
              <w:jc w:val="left"/>
            </w:pPr>
            <w:r>
              <w:rPr>
                <w:b w:val="0"/>
                <w:color w:val="595959"/>
                <w:sz w:val="22"/>
              </w:rPr>
              <w:t>○○さんへ</w:t>
            </w:r>
          </w:p>
          <w:p>
            <w:pPr>
              <w:spacing w:before="200"/>
              <w:pBdr>
                <w:bottom w:val="dotted" w:sz="6" w:color="BFBFBF"/>
              </w:pBdr>
              <w:ind w:left="454" w:right="454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65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54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65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54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65"/>
            </w:pPr>
          </w:p>
          <w:p>
            <w:pPr>
              <w:spacing w:before="200" w:after="0"/>
              <w:ind w:right="454"/>
              <w:jc w:val="right"/>
            </w:pPr>
            <w:r>
              <w:rPr>
                <w:b w:val="0"/>
                <w:color w:val="595959"/>
                <w:sz w:val="22"/>
              </w:rPr>
              <w:t>○○より</w:t>
            </w:r>
          </w:p>
        </w:tc>
        <w:tc>
          <w:tcPr>
            <w:tcW w:type="dxa" w:w="5953"/>
            <w:shd w:val="clear" w:color="auto" w:fill="FFF8E1"/>
            <w:vAlign w:val="top"/>
          </w:tcPr>
          <w:p>
            <w:pPr>
              <w:spacing w:before="520" w:after="0"/>
              <w:jc w:val="center"/>
            </w:pPr>
            <w:r>
              <w:rPr>
                <w:b/>
                <w:color w:val="D4A017"/>
                <w:sz w:val="40"/>
              </w:rPr>
              <w:t>Congratulations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595959"/>
                <w:sz w:val="24"/>
              </w:rPr>
              <w:t>おめでとうございます</w:t>
            </w:r>
          </w:p>
          <w:p>
            <w:pPr>
              <w:spacing w:before="320" w:after="0"/>
              <w:ind w:left="454"/>
              <w:jc w:val="left"/>
            </w:pPr>
            <w:r>
              <w:rPr>
                <w:b w:val="0"/>
                <w:color w:val="595959"/>
                <w:sz w:val="22"/>
              </w:rPr>
              <w:t>○○さんへ</w:t>
            </w:r>
          </w:p>
          <w:p>
            <w:pPr>
              <w:spacing w:before="200"/>
              <w:pBdr>
                <w:bottom w:val="dotted" w:sz="6" w:color="BFBFBF"/>
              </w:pBdr>
              <w:ind w:left="454" w:right="454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65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54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65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54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65"/>
            </w:pPr>
          </w:p>
          <w:p>
            <w:pPr>
              <w:spacing w:before="200" w:after="0"/>
              <w:ind w:right="454"/>
              <w:jc w:val="right"/>
            </w:pPr>
            <w:r>
              <w:rPr>
                <w:b w:val="0"/>
                <w:color w:val="595959"/>
                <w:sz w:val="22"/>
              </w:rPr>
              <w:t>○○より</w:t>
            </w:r>
          </w:p>
        </w:tc>
      </w:tr>
      <w:tr>
        <w:trPr>
          <w:trHeight w:val="8334" w:hRule="exact"/>
          <w:cantSplit/>
        </w:trPr>
        <w:tc>
          <w:tcPr>
            <w:tcW w:type="dxa" w:w="5953"/>
            <w:shd w:val="clear" w:color="auto" w:fill="EAF4F7"/>
            <w:vAlign w:val="top"/>
          </w:tcPr>
          <w:p>
            <w:pPr>
              <w:spacing w:before="520" w:after="0"/>
              <w:jc w:val="center"/>
            </w:pPr>
            <w:r>
              <w:rPr>
                <w:b/>
                <w:color w:val="4A90A4"/>
                <w:sz w:val="52"/>
              </w:rPr>
              <w:t>For You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595959"/>
                <w:sz w:val="24"/>
              </w:rPr>
              <w:t>心をこめて</w:t>
            </w:r>
          </w:p>
          <w:p>
            <w:pPr>
              <w:spacing w:before="320" w:after="0"/>
              <w:ind w:left="454"/>
              <w:jc w:val="left"/>
            </w:pPr>
            <w:r>
              <w:rPr>
                <w:b w:val="0"/>
                <w:color w:val="595959"/>
                <w:sz w:val="22"/>
              </w:rPr>
              <w:t>○○さんへ</w:t>
            </w:r>
          </w:p>
          <w:p>
            <w:pPr>
              <w:spacing w:before="200"/>
              <w:pBdr>
                <w:bottom w:val="dotted" w:sz="6" w:color="BFBFBF"/>
              </w:pBdr>
              <w:ind w:left="454" w:right="454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65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54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65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54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65"/>
            </w:pPr>
          </w:p>
          <w:p>
            <w:pPr>
              <w:spacing w:before="200" w:after="0"/>
              <w:ind w:right="454"/>
              <w:jc w:val="right"/>
            </w:pPr>
            <w:r>
              <w:rPr>
                <w:b w:val="0"/>
                <w:color w:val="595959"/>
                <w:sz w:val="22"/>
              </w:rPr>
              <w:t>○○より</w:t>
            </w:r>
          </w:p>
        </w:tc>
        <w:tc>
          <w:tcPr>
            <w:tcW w:type="dxa" w:w="5953"/>
            <w:shd w:val="clear" w:color="auto" w:fill="EEF5EA"/>
            <w:vAlign w:val="top"/>
          </w:tcPr>
          <w:p>
            <w:pPr>
              <w:spacing w:before="520" w:after="0"/>
              <w:jc w:val="center"/>
            </w:pPr>
            <w:r>
              <w:rPr>
                <w:b/>
                <w:color w:val="6A9955"/>
                <w:sz w:val="52"/>
              </w:rPr>
              <w:t>おつかれさまでした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color w:val="595959"/>
                <w:sz w:val="24"/>
              </w:rPr>
              <w:t>いつもありがとうございます</w:t>
            </w:r>
          </w:p>
          <w:p>
            <w:pPr>
              <w:spacing w:before="320" w:after="0"/>
              <w:ind w:left="454"/>
              <w:jc w:val="left"/>
            </w:pPr>
            <w:r>
              <w:rPr>
                <w:b w:val="0"/>
                <w:color w:val="595959"/>
                <w:sz w:val="22"/>
              </w:rPr>
              <w:t>○○さんへ</w:t>
            </w:r>
          </w:p>
          <w:p>
            <w:pPr>
              <w:spacing w:before="200"/>
              <w:pBdr>
                <w:bottom w:val="dotted" w:sz="6" w:color="BFBFBF"/>
              </w:pBdr>
              <w:ind w:left="454" w:right="454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65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54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65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54"/>
            </w:pPr>
          </w:p>
          <w:p>
            <w:pPr>
              <w:spacing w:before="200"/>
              <w:pBdr>
                <w:bottom w:val="dotted" w:sz="6" w:color="BFBFBF"/>
              </w:pBdr>
              <w:ind w:left="454" w:right="465"/>
            </w:pPr>
          </w:p>
          <w:p>
            <w:pPr>
              <w:spacing w:before="200" w:after="0"/>
              <w:ind w:right="454"/>
              <w:jc w:val="right"/>
            </w:pPr>
            <w:r>
              <w:rPr>
                <w:b w:val="0"/>
                <w:color w:val="595959"/>
                <w:sz w:val="22"/>
              </w:rPr>
              <w:t>○○より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