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CellMar>
          <w:top w:w="0" w:type="dxa"/>
          <w:bottom w:w="0" w:type="dxa"/>
          <w:left w:w="200" w:type="dxa"/>
          <w:right w:w="200" w:type="dxa"/>
        </w:tblCellMar>
        <w:tblLayout w:type="fixed"/>
        <w:tblBorders>
          <w:top w:val="dashed" w:sz="4" w:color="BFBFBF"/>
          <w:left w:val="dashed" w:sz="4" w:color="BFBFBF"/>
          <w:bottom w:val="dashed" w:sz="4" w:color="BFBFBF"/>
          <w:right w:val="dashed" w:sz="4" w:color="BFBFBF"/>
          <w:insideH w:val="dashed" w:sz="4" w:color="BFBFBF"/>
          <w:insideV w:val="dashed" w:sz="4" w:color="BFBFBF"/>
        </w:tblBorders>
      </w:tblPr>
      <w:tblGrid>
        <w:gridCol w:w="5159"/>
        <w:gridCol w:w="5159"/>
      </w:tblGrid>
      <w:tr>
        <w:trPr>
          <w:trHeight w:val="3118" w:hRule="exact"/>
          <w:cantSplit/>
        </w:trPr>
        <w:tc>
          <w:tcPr>
            <w:tcW w:type="dxa" w:w="5159"/>
          </w:tcPr>
          <w:p>
            <w:pPr>
              <w:spacing w:before="280" w:after="0"/>
              <w:jc w:val="center"/>
            </w:pPr>
            <w:r>
              <w:rPr>
                <w:b/>
                <w:color w:val="E8A0A0"/>
                <w:sz w:val="36"/>
              </w:rPr>
              <w:t>Thank you</w:t>
            </w:r>
          </w:p>
          <w:p>
            <w:pPr>
              <w:spacing w:before="200"/>
              <w:pBdr>
                <w:bottom w:val="dotted" w:sz="6" w:color="D9D9D9"/>
              </w:pBdr>
              <w:ind w:left="454" w:right="454"/>
            </w:pPr>
          </w:p>
          <w:p>
            <w:pPr>
              <w:spacing w:before="200"/>
              <w:pBdr>
                <w:bottom w:val="dotted" w:sz="6" w:color="D9D9D9"/>
              </w:pBdr>
              <w:ind w:left="454" w:right="465"/>
            </w:pPr>
          </w:p>
        </w:tc>
        <w:tc>
          <w:tcPr>
            <w:tcW w:type="dxa" w:w="5159"/>
          </w:tcPr>
          <w:p>
            <w:pPr>
              <w:spacing w:before="280" w:after="0"/>
              <w:jc w:val="center"/>
            </w:pPr>
            <w:r>
              <w:rPr>
                <w:b/>
                <w:color w:val="E67E22"/>
                <w:sz w:val="28"/>
              </w:rPr>
              <w:t>Happy Birthday</w:t>
            </w:r>
          </w:p>
          <w:p>
            <w:pPr>
              <w:spacing w:before="200"/>
              <w:pBdr>
                <w:bottom w:val="dotted" w:sz="6" w:color="D9D9D9"/>
              </w:pBdr>
              <w:ind w:left="454" w:right="454"/>
            </w:pPr>
          </w:p>
          <w:p>
            <w:pPr>
              <w:spacing w:before="200"/>
              <w:pBdr>
                <w:bottom w:val="dotted" w:sz="6" w:color="D9D9D9"/>
              </w:pBdr>
              <w:ind w:left="454" w:right="465"/>
            </w:pPr>
          </w:p>
        </w:tc>
      </w:tr>
      <w:tr>
        <w:trPr>
          <w:trHeight w:val="3118" w:hRule="exact"/>
          <w:cantSplit/>
        </w:trPr>
        <w:tc>
          <w:tcPr>
            <w:tcW w:type="dxa" w:w="5159"/>
          </w:tcPr>
          <w:p>
            <w:pPr>
              <w:spacing w:before="280" w:after="0"/>
              <w:jc w:val="center"/>
            </w:pPr>
            <w:r>
              <w:rPr>
                <w:b/>
                <w:color w:val="4A90A4"/>
                <w:sz w:val="36"/>
              </w:rPr>
              <w:t>For You</w:t>
            </w:r>
          </w:p>
          <w:p>
            <w:pPr>
              <w:spacing w:before="200"/>
              <w:pBdr>
                <w:bottom w:val="dotted" w:sz="6" w:color="D9D9D9"/>
              </w:pBdr>
              <w:ind w:left="454" w:right="454"/>
            </w:pPr>
          </w:p>
          <w:p>
            <w:pPr>
              <w:spacing w:before="200"/>
              <w:pBdr>
                <w:bottom w:val="dotted" w:sz="6" w:color="D9D9D9"/>
              </w:pBdr>
              <w:ind w:left="454" w:right="465"/>
            </w:pPr>
          </w:p>
        </w:tc>
        <w:tc>
          <w:tcPr>
            <w:tcW w:type="dxa" w:w="5159"/>
          </w:tcPr>
          <w:p>
            <w:pPr>
              <w:spacing w:before="280" w:after="0"/>
              <w:jc w:val="center"/>
            </w:pPr>
            <w:r>
              <w:rPr>
                <w:b/>
                <w:color w:val="C0392B"/>
                <w:sz w:val="36"/>
              </w:rPr>
              <w:t>ありがとう</w:t>
            </w:r>
          </w:p>
          <w:p>
            <w:pPr>
              <w:spacing w:before="200"/>
              <w:pBdr>
                <w:bottom w:val="dotted" w:sz="6" w:color="D9D9D9"/>
              </w:pBdr>
              <w:ind w:left="454" w:right="454"/>
            </w:pPr>
          </w:p>
          <w:p>
            <w:pPr>
              <w:spacing w:before="200"/>
              <w:pBdr>
                <w:bottom w:val="dotted" w:sz="6" w:color="D9D9D9"/>
              </w:pBdr>
              <w:ind w:left="454" w:right="465"/>
            </w:pPr>
          </w:p>
        </w:tc>
      </w:tr>
      <w:tr>
        <w:trPr>
          <w:trHeight w:val="3118" w:hRule="exact"/>
          <w:cantSplit/>
        </w:trPr>
        <w:tc>
          <w:tcPr>
            <w:tcW w:type="dxa" w:w="5159"/>
          </w:tcPr>
          <w:p>
            <w:pPr>
              <w:spacing w:before="280" w:after="0"/>
              <w:jc w:val="center"/>
            </w:pPr>
            <w:r>
              <w:rPr>
                <w:b/>
                <w:color w:val="D4A017"/>
                <w:sz w:val="28"/>
              </w:rPr>
              <w:t>Congratulations</w:t>
            </w:r>
          </w:p>
          <w:p>
            <w:pPr>
              <w:spacing w:before="200"/>
              <w:pBdr>
                <w:bottom w:val="dotted" w:sz="6" w:color="D9D9D9"/>
              </w:pBdr>
              <w:ind w:left="454" w:right="454"/>
            </w:pPr>
          </w:p>
          <w:p>
            <w:pPr>
              <w:spacing w:before="200"/>
              <w:pBdr>
                <w:bottom w:val="dotted" w:sz="6" w:color="D9D9D9"/>
              </w:pBdr>
              <w:ind w:left="454" w:right="465"/>
            </w:pPr>
          </w:p>
        </w:tc>
        <w:tc>
          <w:tcPr>
            <w:tcW w:type="dxa" w:w="5159"/>
          </w:tcPr>
          <w:p>
            <w:pPr>
              <w:spacing w:before="280" w:after="0"/>
              <w:jc w:val="center"/>
            </w:pPr>
            <w:r>
              <w:rPr>
                <w:b/>
                <w:color w:val="D4A017"/>
                <w:sz w:val="36"/>
              </w:rPr>
              <w:t>おめでとう</w:t>
            </w:r>
          </w:p>
          <w:p>
            <w:pPr>
              <w:spacing w:before="200"/>
              <w:pBdr>
                <w:bottom w:val="dotted" w:sz="6" w:color="D9D9D9"/>
              </w:pBdr>
              <w:ind w:left="454" w:right="454"/>
            </w:pPr>
          </w:p>
          <w:p>
            <w:pPr>
              <w:spacing w:before="200"/>
              <w:pBdr>
                <w:bottom w:val="dotted" w:sz="6" w:color="D9D9D9"/>
              </w:pBdr>
              <w:ind w:left="454" w:right="465"/>
            </w:pPr>
          </w:p>
        </w:tc>
      </w:tr>
      <w:tr>
        <w:trPr>
          <w:trHeight w:val="3118" w:hRule="exact"/>
          <w:cantSplit/>
        </w:trPr>
        <w:tc>
          <w:tcPr>
            <w:tcW w:type="dxa" w:w="5159"/>
          </w:tcPr>
          <w:p>
            <w:pPr>
              <w:spacing w:before="280" w:after="0"/>
              <w:jc w:val="center"/>
            </w:pPr>
            <w:r>
              <w:rPr>
                <w:b/>
                <w:color w:val="2E7D32"/>
                <w:sz w:val="28"/>
              </w:rPr>
              <w:t>Merry Christmas</w:t>
            </w:r>
          </w:p>
          <w:p>
            <w:pPr>
              <w:spacing w:before="200"/>
              <w:pBdr>
                <w:bottom w:val="dotted" w:sz="6" w:color="D9D9D9"/>
              </w:pBdr>
              <w:ind w:left="454" w:right="454"/>
            </w:pPr>
          </w:p>
          <w:p>
            <w:pPr>
              <w:spacing w:before="200"/>
              <w:pBdr>
                <w:bottom w:val="dotted" w:sz="6" w:color="D9D9D9"/>
              </w:pBdr>
              <w:ind w:left="454" w:right="465"/>
            </w:pPr>
          </w:p>
        </w:tc>
        <w:tc>
          <w:tcPr>
            <w:tcW w:type="dxa" w:w="5159"/>
          </w:tcPr>
          <w:p>
            <w:pPr>
              <w:spacing w:before="280" w:after="0"/>
              <w:jc w:val="center"/>
            </w:pPr>
            <w:r>
              <w:rPr>
                <w:b/>
                <w:color w:val="6A9955"/>
                <w:sz w:val="36"/>
              </w:rPr>
              <w:t>いつもありがとう</w:t>
            </w:r>
          </w:p>
          <w:p>
            <w:pPr>
              <w:spacing w:before="200"/>
              <w:pBdr>
                <w:bottom w:val="dotted" w:sz="6" w:color="D9D9D9"/>
              </w:pBdr>
              <w:ind w:left="454" w:right="454"/>
            </w:pPr>
          </w:p>
          <w:p>
            <w:pPr>
              <w:spacing w:before="200"/>
              <w:pBdr>
                <w:bottom w:val="dotted" w:sz="6" w:color="D9D9D9"/>
              </w:pBdr>
              <w:ind w:left="454" w:right="465"/>
            </w:pPr>
          </w:p>
        </w:tc>
      </w:tr>
      <w:tr>
        <w:trPr>
          <w:trHeight w:val="3118" w:hRule="exact"/>
          <w:cantSplit/>
        </w:trPr>
        <w:tc>
          <w:tcPr>
            <w:tcW w:type="dxa" w:w="5159"/>
          </w:tcPr>
          <w:p>
            <w:pPr>
              <w:spacing w:before="280" w:after="0"/>
              <w:jc w:val="center"/>
            </w:pPr>
            <w:r>
              <w:rPr>
                <w:b/>
                <w:color w:val="8E44AD"/>
                <w:sz w:val="36"/>
              </w:rPr>
              <w:t>Best Wishes</w:t>
            </w:r>
          </w:p>
          <w:p>
            <w:pPr>
              <w:spacing w:before="200"/>
              <w:pBdr>
                <w:bottom w:val="dotted" w:sz="6" w:color="D9D9D9"/>
              </w:pBdr>
              <w:ind w:left="454" w:right="454"/>
            </w:pPr>
          </w:p>
          <w:p>
            <w:pPr>
              <w:spacing w:before="200"/>
              <w:pBdr>
                <w:bottom w:val="dotted" w:sz="6" w:color="D9D9D9"/>
              </w:pBdr>
              <w:ind w:left="454" w:right="465"/>
            </w:pPr>
          </w:p>
        </w:tc>
        <w:tc>
          <w:tcPr>
            <w:tcW w:type="dxa" w:w="5159"/>
          </w:tcPr>
          <w:p>
            <w:pPr>
              <w:spacing w:before="280" w:after="0"/>
              <w:jc w:val="center"/>
            </w:pPr>
            <w:r>
              <w:rPr>
                <w:b/>
                <w:color w:val="4A90A4"/>
                <w:sz w:val="36"/>
              </w:rPr>
              <w:t>ほんの気持ちです</w:t>
            </w:r>
          </w:p>
          <w:p>
            <w:pPr>
              <w:spacing w:before="200"/>
              <w:pBdr>
                <w:bottom w:val="dotted" w:sz="6" w:color="D9D9D9"/>
              </w:pBdr>
              <w:ind w:left="454" w:right="454"/>
            </w:pPr>
          </w:p>
          <w:p>
            <w:pPr>
              <w:spacing w:before="200"/>
              <w:pBdr>
                <w:bottom w:val="dotted" w:sz="6" w:color="D9D9D9"/>
              </w:pBdr>
              <w:ind w:left="454" w:right="465"/>
            </w:pPr>
          </w:p>
        </w:tc>
      </w:tr>
    </w:tbl>
    <w:p>
      <w:pPr>
        <w:spacing w:line="20" w:lineRule="exact"/>
      </w:pPr>
      <w:r>
        <w:rPr>
          <w:sz w:val="2"/>
        </w:rPr>
      </w:r>
    </w:p>
    <w:sectPr w:rsidR="00FC693F" w:rsidRPr="0006063C" w:rsidSect="00034616">
      <w:pgSz w:w="11906" w:h="16838"/>
      <w:pgMar w:top="624" w:right="794" w:bottom="340" w:left="79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