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0" w:before="80"/>
        <w:jc w:val="center"/>
      </w:pPr>
      <w:r>
        <w:rPr>
          <w:b/>
          <w:sz w:val="40"/>
        </w:rPr>
        <w:t>身 元 保 証 書</w:t>
      </w:r>
    </w:p>
    <w:p>
      <w:pPr>
        <w:spacing w:after="200" w:before="0"/>
        <w:jc w:val="left"/>
      </w:pPr>
      <w:r>
        <w:rPr>
          <w:b w:val="0"/>
          <w:sz w:val="22"/>
        </w:rPr>
        <w:t>株式会社○○○○</w:t>
        <w:br/>
        <w:t>代表取締役　○○ ○○　殿</w:t>
      </w:r>
    </w:p>
    <w:p>
      <w:pPr>
        <w:spacing w:after="80" w:before="0" w:line="348" w:lineRule="auto"/>
        <w:jc w:val="left"/>
      </w:pPr>
      <w:r>
        <w:rPr>
          <w:b w:val="0"/>
          <w:sz w:val="21"/>
        </w:rPr>
        <w:t xml:space="preserve">　このたび、山田 太郎(以下「本人」という)が貴社に採用されるにあたり、私は身元保証人として、次のとおり保証します。</w:t>
      </w:r>
    </w:p>
    <w:p>
      <w:pPr>
        <w:spacing w:after="80" w:before="0" w:line="348" w:lineRule="auto"/>
        <w:ind w:left="227" w:hanging="227"/>
        <w:jc w:val="left"/>
      </w:pPr>
      <w:r>
        <w:rPr>
          <w:b w:val="0"/>
          <w:sz w:val="21"/>
        </w:rPr>
        <w:t>1. 本人が、貴社の就業規則その他の規則を守り、誠実に勤務することを保証します。</w:t>
      </w:r>
    </w:p>
    <w:p>
      <w:pPr>
        <w:spacing w:after="80" w:before="0" w:line="348" w:lineRule="auto"/>
        <w:ind w:left="227" w:hanging="227"/>
        <w:jc w:val="left"/>
      </w:pPr>
      <w:r>
        <w:rPr>
          <w:b w:val="0"/>
          <w:sz w:val="21"/>
        </w:rPr>
        <w:t>2. 本人が、故意または重大な過失によって貴社に損害を与えたときは、本人と連帯して、その損害を賠償します。</w:t>
      </w:r>
    </w:p>
    <w:p>
      <w:pPr>
        <w:spacing w:after="80" w:before="0" w:line="348" w:lineRule="auto"/>
        <w:ind w:left="227" w:hanging="227"/>
        <w:jc w:val="left"/>
      </w:pPr>
      <w:r>
        <w:rPr>
          <w:b w:val="0"/>
          <w:sz w:val="21"/>
        </w:rPr>
        <w:t>3. 前項の損害賠償の責任は、金○○○万円を極度額(上限)とします。</w:t>
      </w:r>
    </w:p>
    <w:p>
      <w:pPr>
        <w:spacing w:after="80" w:before="0" w:line="348" w:lineRule="auto"/>
        <w:ind w:left="227" w:hanging="227"/>
        <w:jc w:val="left"/>
      </w:pPr>
      <w:r>
        <w:rPr>
          <w:b w:val="0"/>
          <w:sz w:val="21"/>
        </w:rPr>
        <w:t>4. この保証の期間は、20XX年4月1日から5年間とします。</w:t>
      </w:r>
    </w:p>
    <w:p>
      <w:pPr>
        <w:spacing w:after="80" w:before="0" w:line="348" w:lineRule="auto"/>
        <w:ind w:left="227" w:hanging="227"/>
        <w:jc w:val="left"/>
      </w:pPr>
      <w:r>
        <w:rPr>
          <w:b w:val="0"/>
          <w:sz w:val="21"/>
        </w:rPr>
        <w:t>5. 貴社は、本人が業務上不適任または不誠実であって、身元保証人の責任が生じるおそれがあることを知ったとき、および本人の任務や勤務地を変更して身元保証人の責任が重くなるときは、遅滞なく身元保証人に通知するものとします。</w:t>
      </w:r>
    </w:p>
    <w:p>
      <w:pPr>
        <w:spacing w:after="40" w:before="160"/>
        <w:jc w:val="left"/>
      </w:pPr>
      <w:r>
        <w:rPr>
          <w:b w:val="0"/>
          <w:sz w:val="21"/>
        </w:rPr>
        <w:t>20XX年○月○日</w:t>
      </w:r>
    </w:p>
    <w:p>
      <w:pPr>
        <w:spacing w:after="40" w:before="160"/>
        <w:jc w:val="left"/>
      </w:pPr>
      <w:r>
        <w:rPr>
          <w:b/>
          <w:sz w:val="21"/>
        </w:rPr>
        <w:t>本人</w:t>
      </w:r>
    </w:p>
    <w:tbl>
      <w:tblPr>
        <w:tblStyle w:val="TableGrid"/>
        <w:tblW w:type="auto" w:w="0"/>
        <w:jc w:val="center"/>
        <w:tblLook w:firstColumn="1" w:firstRow="1" w:lastColumn="0" w:lastRow="0" w:noHBand="0" w:noVBand="1" w:val="04A0"/>
      </w:tblPr>
      <w:tblGrid>
        <w:gridCol w:w="4933"/>
        <w:gridCol w:w="4933"/>
      </w:tblGrid>
      <w:tr>
        <w:trPr>
          <w:trHeight w:val="623" w:hRule="atLeast"/>
        </w:trPr>
        <w:tc>
          <w:tcPr>
            <w:tcW w:type="dxa" w:w="1928"/>
            <w:shd w:val="clear" w:color="auto" w:fill="E3F1F3"/>
          </w:tcPr>
          <w:p>
            <w:pPr>
              <w:jc w:val="center"/>
            </w:pPr>
            <w:r/>
            <w:r>
              <w:rPr>
                <w:b/>
                <w:sz w:val="20"/>
              </w:rPr>
              <w:t>住所</w:t>
            </w:r>
          </w:p>
        </w:tc>
        <w:tc>
          <w:tcPr>
            <w:tcW w:type="dxa" w:w="7937"/>
          </w:tcPr>
          <w:p>
            <w:r/>
            <w:r>
              <w:rPr>
                <w:b w:val="0"/>
                <w:sz w:val="21"/>
              </w:rPr>
              <w:t>東京都○○区○○町1-2-3</w:t>
            </w:r>
          </w:p>
        </w:tc>
      </w:tr>
      <w:tr>
        <w:trPr>
          <w:trHeight w:val="623" w:hRule="atLeast"/>
        </w:trPr>
        <w:tc>
          <w:tcPr>
            <w:tcW w:type="dxa" w:w="1928"/>
            <w:shd w:val="clear" w:color="auto" w:fill="E3F1F3"/>
          </w:tcPr>
          <w:p>
            <w:pPr>
              <w:jc w:val="center"/>
            </w:pPr>
            <w:r/>
            <w:r>
              <w:rPr>
                <w:b/>
                <w:sz w:val="20"/>
              </w:rPr>
              <w:t>氏名</w:t>
            </w:r>
          </w:p>
        </w:tc>
        <w:tc>
          <w:tcPr>
            <w:tcW w:type="dxa" w:w="7937"/>
          </w:tcPr>
          <w:p>
            <w:r/>
            <w:r>
              <w:rPr>
                <w:b w:val="0"/>
                <w:sz w:val="21"/>
              </w:rPr>
              <w:t>山田 太郎　　　　　　　　　　　　　　　　　　印</w:t>
            </w:r>
          </w:p>
        </w:tc>
      </w:tr>
      <w:tr>
        <w:trPr>
          <w:trHeight w:val="623" w:hRule="atLeast"/>
        </w:trPr>
        <w:tc>
          <w:tcPr>
            <w:tcW w:type="dxa" w:w="1928"/>
            <w:shd w:val="clear" w:color="auto" w:fill="E3F1F3"/>
          </w:tcPr>
          <w:p>
            <w:pPr>
              <w:jc w:val="center"/>
            </w:pPr>
            <w:r/>
            <w:r>
              <w:rPr>
                <w:b/>
                <w:sz w:val="20"/>
              </w:rPr>
              <w:t>生年月日</w:t>
            </w:r>
          </w:p>
        </w:tc>
        <w:tc>
          <w:tcPr>
            <w:tcW w:type="dxa" w:w="7937"/>
          </w:tcPr>
          <w:p>
            <w:r/>
            <w:r>
              <w:rPr>
                <w:b w:val="0"/>
                <w:sz w:val="21"/>
              </w:rPr>
              <w:t>20XX年○月○日</w:t>
            </w:r>
          </w:p>
        </w:tc>
      </w:tr>
    </w:tbl>
    <w:p>
      <w:pPr>
        <w:spacing w:after="40" w:before="160"/>
        <w:jc w:val="left"/>
      </w:pPr>
      <w:r>
        <w:rPr>
          <w:b/>
          <w:sz w:val="21"/>
        </w:rPr>
        <w:t>身元保証人</w:t>
      </w:r>
    </w:p>
    <w:tbl>
      <w:tblPr>
        <w:tblStyle w:val="TableGrid"/>
        <w:tblW w:type="auto" w:w="0"/>
        <w:jc w:val="center"/>
        <w:tblLook w:firstColumn="1" w:firstRow="1" w:lastColumn="0" w:lastRow="0" w:noHBand="0" w:noVBand="1" w:val="04A0"/>
      </w:tblPr>
      <w:tblGrid>
        <w:gridCol w:w="4933"/>
        <w:gridCol w:w="4933"/>
      </w:tblGrid>
      <w:tr>
        <w:trPr>
          <w:trHeight w:val="623" w:hRule="atLeast"/>
        </w:trPr>
        <w:tc>
          <w:tcPr>
            <w:tcW w:type="dxa" w:w="1928"/>
            <w:shd w:val="clear" w:color="auto" w:fill="E3F1F3"/>
          </w:tcPr>
          <w:p>
            <w:pPr>
              <w:jc w:val="center"/>
            </w:pPr>
            <w:r/>
            <w:r>
              <w:rPr>
                <w:b/>
                <w:sz w:val="20"/>
              </w:rPr>
              <w:t>住所</w:t>
            </w:r>
          </w:p>
        </w:tc>
        <w:tc>
          <w:tcPr>
            <w:tcW w:type="dxa" w:w="7937"/>
          </w:tcPr>
          <w:p>
            <w:r/>
            <w:r>
              <w:rPr>
                <w:b w:val="0"/>
                <w:sz w:val="21"/>
              </w:rPr>
              <w:t>神奈川県○○市○○町4-5-6</w:t>
            </w:r>
          </w:p>
        </w:tc>
      </w:tr>
      <w:tr>
        <w:trPr>
          <w:trHeight w:val="623" w:hRule="atLeast"/>
        </w:trPr>
        <w:tc>
          <w:tcPr>
            <w:tcW w:type="dxa" w:w="1928"/>
            <w:shd w:val="clear" w:color="auto" w:fill="E3F1F3"/>
          </w:tcPr>
          <w:p>
            <w:pPr>
              <w:jc w:val="center"/>
            </w:pPr>
            <w:r/>
            <w:r>
              <w:rPr>
                <w:b/>
                <w:sz w:val="20"/>
              </w:rPr>
              <w:t>氏名</w:t>
            </w:r>
          </w:p>
        </w:tc>
        <w:tc>
          <w:tcPr>
            <w:tcW w:type="dxa" w:w="7937"/>
          </w:tcPr>
          <w:p>
            <w:r/>
            <w:r>
              <w:rPr>
                <w:b w:val="0"/>
                <w:sz w:val="21"/>
              </w:rPr>
              <w:t>山田 一郎　　　　　　　　　　　　　　　　　　印</w:t>
            </w:r>
          </w:p>
        </w:tc>
      </w:tr>
      <w:tr>
        <w:trPr>
          <w:trHeight w:val="623" w:hRule="atLeast"/>
        </w:trPr>
        <w:tc>
          <w:tcPr>
            <w:tcW w:type="dxa" w:w="1928"/>
            <w:shd w:val="clear" w:color="auto" w:fill="E3F1F3"/>
          </w:tcPr>
          <w:p>
            <w:pPr>
              <w:jc w:val="center"/>
            </w:pPr>
            <w:r/>
            <w:r>
              <w:rPr>
                <w:b/>
                <w:sz w:val="20"/>
              </w:rPr>
              <w:t>本人との関係</w:t>
            </w:r>
          </w:p>
        </w:tc>
        <w:tc>
          <w:tcPr>
            <w:tcW w:type="dxa" w:w="7937"/>
          </w:tcPr>
          <w:p>
            <w:r/>
            <w:r>
              <w:rPr>
                <w:b w:val="0"/>
                <w:sz w:val="21"/>
              </w:rPr>
              <w:t>父</w:t>
            </w:r>
          </w:p>
        </w:tc>
      </w:tr>
      <w:tr>
        <w:trPr>
          <w:trHeight w:val="623" w:hRule="atLeast"/>
        </w:trPr>
        <w:tc>
          <w:tcPr>
            <w:tcW w:type="dxa" w:w="1928"/>
            <w:shd w:val="clear" w:color="auto" w:fill="E3F1F3"/>
          </w:tcPr>
          <w:p>
            <w:pPr>
              <w:jc w:val="center"/>
            </w:pPr>
            <w:r/>
            <w:r>
              <w:rPr>
                <w:b/>
                <w:sz w:val="20"/>
              </w:rPr>
              <w:t>電話番号</w:t>
            </w:r>
          </w:p>
        </w:tc>
        <w:tc>
          <w:tcPr>
            <w:tcW w:type="dxa" w:w="7937"/>
          </w:tcPr>
          <w:p>
            <w:r/>
            <w:r>
              <w:rPr>
                <w:b w:val="0"/>
                <w:sz w:val="21"/>
              </w:rPr>
              <w:t>090-0000-0000</w:t>
            </w:r>
          </w:p>
        </w:tc>
      </w:tr>
    </w:tbl>
    <w:p>
      <w:pPr>
        <w:spacing w:after="40" w:before="120"/>
        <w:jc w:val="left"/>
      </w:pPr>
      <w:r>
        <w:rPr>
          <w:b w:val="0"/>
          <w:sz w:val="17"/>
        </w:rPr>
        <w:t>※極度額の定めがない身元保証は無効になります(民法465条の2)。金額は必ず記入してください。</w:t>
      </w:r>
    </w:p>
    <w:p>
      <w:pPr>
        <w:spacing w:line="20" w:lineRule="exact"/>
      </w:pPr>
      <w:r>
        <w:rPr>
          <w:sz w:val="2"/>
        </w:rPr>
      </w:r>
    </w:p>
    <w:sectPr w:rsidR="00FC693F" w:rsidRPr="0006063C" w:rsidSect="00034616">
      <w:pgSz w:w="11906" w:h="16838"/>
      <w:pgMar w:top="850" w:right="1020" w:bottom="85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pPr>
    <w:rPr>
      <w:rFonts w:ascii="游ゴシック" w:hAnsi="游ゴシック" w:eastAsia="游ゴシック"/>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