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36"/>
        </w:rPr>
        <w:t>問 診 票(内科)</w:t>
      </w:r>
    </w:p>
    <w:p>
      <w:pPr>
        <w:spacing w:after="120" w:before="0"/>
        <w:jc w:val="center"/>
      </w:pPr>
      <w:r>
        <w:rPr>
          <w:b w:val="0"/>
          <w:sz w:val="19"/>
        </w:rPr>
        <w:t>診察の参考にします。わかる範囲でご記入ください。あてはまるものに✓をつけてください。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rHeight w:val="510" w:hRule="atLeast"/>
        </w:trPr>
        <w:tc>
          <w:tcPr>
            <w:tcW w:type="dxa" w:w="136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ふりがな</w:t>
            </w:r>
          </w:p>
        </w:tc>
        <w:tc>
          <w:tcPr>
            <w:tcW w:type="dxa" w:w="3628"/>
          </w:tcPr>
          <w:p>
            <w:pPr>
              <w:jc w:val="left"/>
            </w:pPr>
            <w:r/>
            <w:r>
              <w:rPr>
                <w:b w:val="0"/>
                <w:sz w:val="22"/>
              </w:rPr>
            </w:r>
          </w:p>
        </w:tc>
        <w:tc>
          <w:tcPr>
            <w:tcW w:type="dxa" w:w="1247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記入日</w:t>
            </w:r>
          </w:p>
        </w:tc>
        <w:tc>
          <w:tcPr>
            <w:tcW w:type="dxa" w:w="3628"/>
          </w:tcPr>
          <w:p>
            <w:pPr>
              <w:jc w:val="left"/>
            </w:pPr>
            <w:r/>
            <w:r>
              <w:rPr>
                <w:b w:val="0"/>
                <w:sz w:val="22"/>
              </w:rPr>
              <w:t xml:space="preserve">　　年　　月　　日</w:t>
            </w:r>
          </w:p>
        </w:tc>
      </w:tr>
      <w:tr>
        <w:trPr>
          <w:trHeight w:val="680" w:hRule="atLeast"/>
        </w:trPr>
        <w:tc>
          <w:tcPr>
            <w:tcW w:type="dxa" w:w="136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お名前</w:t>
            </w:r>
          </w:p>
        </w:tc>
        <w:tc>
          <w:tcPr>
            <w:tcW w:type="dxa" w:w="3628"/>
          </w:tcPr>
          <w:p>
            <w:pPr>
              <w:jc w:val="left"/>
            </w:pPr>
            <w:r/>
            <w:r>
              <w:rPr>
                <w:b w:val="0"/>
                <w:sz w:val="22"/>
              </w:rPr>
            </w:r>
          </w:p>
        </w:tc>
        <w:tc>
          <w:tcPr>
            <w:tcW w:type="dxa" w:w="1247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性別</w:t>
            </w:r>
          </w:p>
        </w:tc>
        <w:tc>
          <w:tcPr>
            <w:tcW w:type="dxa" w:w="3628"/>
          </w:tcPr>
          <w:p>
            <w:pPr>
              <w:jc w:val="left"/>
            </w:pPr>
            <w:r/>
            <w:r>
              <w:rPr>
                <w:b w:val="0"/>
                <w:sz w:val="22"/>
              </w:rPr>
              <w:t>男 ・ 女 ・ 回答しない</w:t>
            </w:r>
          </w:p>
        </w:tc>
      </w:tr>
      <w:tr>
        <w:trPr>
          <w:trHeight w:val="680" w:hRule="atLeast"/>
        </w:trPr>
        <w:tc>
          <w:tcPr>
            <w:tcW w:type="dxa" w:w="136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生年月日</w:t>
            </w:r>
          </w:p>
        </w:tc>
        <w:tc>
          <w:tcPr>
            <w:tcW w:type="dxa" w:w="3628"/>
          </w:tcPr>
          <w:p>
            <w:pPr>
              <w:jc w:val="left"/>
            </w:pPr>
            <w:r/>
            <w:r>
              <w:rPr>
                <w:b w:val="0"/>
                <w:sz w:val="22"/>
              </w:rPr>
              <w:t xml:space="preserve">　　年　　月　　日(　　歳)</w:t>
            </w:r>
          </w:p>
        </w:tc>
        <w:tc>
          <w:tcPr>
            <w:tcW w:type="dxa" w:w="1247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電話番号</w:t>
            </w:r>
          </w:p>
        </w:tc>
        <w:tc>
          <w:tcPr>
            <w:tcW w:type="dxa" w:w="3628"/>
          </w:tcPr>
          <w:p>
            <w:pPr>
              <w:jc w:val="left"/>
            </w:pPr>
            <w:r/>
            <w:r>
              <w:rPr>
                <w:b w:val="0"/>
                <w:sz w:val="22"/>
              </w:rPr>
            </w:r>
          </w:p>
        </w:tc>
      </w:tr>
    </w:tbl>
    <w:p>
      <w:pPr>
        <w:spacing w:after="60" w:before="0"/>
        <w:jc w:val="left"/>
      </w:pPr>
      <w:r>
        <w:rPr>
          <w:b w:val="0"/>
          <w:sz w:val="21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1397" w:hRule="atLeast"/>
        </w:trPr>
        <w:tc>
          <w:tcPr>
            <w:tcW w:type="dxa" w:w="238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2"/>
              </w:rPr>
              <w:t>今日はどうされましたか</w:t>
            </w:r>
          </w:p>
        </w:tc>
        <w:tc>
          <w:tcPr>
            <w:tcW w:type="dxa" w:w="7483"/>
          </w:tcPr>
          <w:p>
            <w:r/>
            <w:r>
              <w:rPr>
                <w:b w:val="0"/>
                <w:sz w:val="22"/>
              </w:rPr>
              <w:t>□ 発熱　□ せき　□ のどの痛み　□ 鼻水　□ 頭痛　□ 腹痛　□ 下痢　□ 吐き気</w:t>
              <w:br/>
              <w:t>□ だるい　□ めまい　□ 健康診断の結果について　□ その他(　　　　　　　　　　　)</w:t>
            </w:r>
          </w:p>
        </w:tc>
      </w:tr>
      <w:tr>
        <w:trPr>
          <w:trHeight w:val="657" w:hRule="atLeast"/>
        </w:trPr>
        <w:tc>
          <w:tcPr>
            <w:tcW w:type="dxa" w:w="238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2"/>
              </w:rPr>
              <w:t>いつからですか</w:t>
            </w:r>
          </w:p>
        </w:tc>
        <w:tc>
          <w:tcPr>
            <w:tcW w:type="dxa" w:w="7483"/>
          </w:tcPr>
          <w:p>
            <w:r/>
            <w:r>
              <w:rPr>
                <w:b w:val="0"/>
                <w:sz w:val="22"/>
              </w:rPr>
              <w:t xml:space="preserve">　　月　　日ごろから　/　(　　)日前から</w:t>
            </w:r>
          </w:p>
        </w:tc>
      </w:tr>
      <w:tr>
        <w:trPr>
          <w:trHeight w:val="657" w:hRule="atLeast"/>
        </w:trPr>
        <w:tc>
          <w:tcPr>
            <w:tcW w:type="dxa" w:w="238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2"/>
              </w:rPr>
              <w:t>熱</w:t>
            </w:r>
          </w:p>
        </w:tc>
        <w:tc>
          <w:tcPr>
            <w:tcW w:type="dxa" w:w="7483"/>
          </w:tcPr>
          <w:p>
            <w:r/>
            <w:r>
              <w:rPr>
                <w:b w:val="0"/>
                <w:sz w:val="22"/>
              </w:rPr>
              <w:t>□ ない　□ ある(最高　　　℃)</w:t>
            </w:r>
          </w:p>
        </w:tc>
      </w:tr>
      <w:tr>
        <w:trPr>
          <w:trHeight w:val="1151" w:hRule="atLeast"/>
        </w:trPr>
        <w:tc>
          <w:tcPr>
            <w:tcW w:type="dxa" w:w="238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2"/>
              </w:rPr>
              <w:t>今かかっている病気・</w:t>
              <w:br/>
              <w:t>飲んでいる薬</w:t>
            </w:r>
          </w:p>
        </w:tc>
        <w:tc>
          <w:tcPr>
            <w:tcW w:type="dxa" w:w="7483"/>
          </w:tcPr>
          <w:p>
            <w:r/>
            <w:r>
              <w:rPr>
                <w:b w:val="0"/>
                <w:sz w:val="22"/>
              </w:rPr>
              <w:t>□ ない　□ ある(病名・薬の名前:　　　　　　　　　　　　　　　　　　　　　　)</w:t>
              <w:br/>
              <w:t>※お薬手帳があればお見せください</w:t>
            </w:r>
          </w:p>
        </w:tc>
      </w:tr>
      <w:tr>
        <w:trPr>
          <w:trHeight w:val="1151" w:hRule="atLeast"/>
        </w:trPr>
        <w:tc>
          <w:tcPr>
            <w:tcW w:type="dxa" w:w="238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2"/>
              </w:rPr>
              <w:t>これまでにかかった</w:t>
              <w:br/>
              <w:t>病気</w:t>
            </w:r>
          </w:p>
        </w:tc>
        <w:tc>
          <w:tcPr>
            <w:tcW w:type="dxa" w:w="7483"/>
          </w:tcPr>
          <w:p>
            <w:r/>
            <w:r>
              <w:rPr>
                <w:b w:val="0"/>
                <w:sz w:val="22"/>
              </w:rPr>
              <w:t>□ 高血圧　□ 糖尿病　□ 心臓病　□ ぜんそく　□ 胃腸の病気　□ 肝臓・腎臓の病気</w:t>
              <w:br/>
              <w:t>□ その他(　　　　　　　　　　　)</w:t>
            </w:r>
          </w:p>
        </w:tc>
      </w:tr>
      <w:tr>
        <w:trPr>
          <w:trHeight w:val="739" w:hRule="atLeast"/>
        </w:trPr>
        <w:tc>
          <w:tcPr>
            <w:tcW w:type="dxa" w:w="238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2"/>
              </w:rPr>
              <w:t>アレルギー</w:t>
            </w:r>
          </w:p>
        </w:tc>
        <w:tc>
          <w:tcPr>
            <w:tcW w:type="dxa" w:w="7483"/>
          </w:tcPr>
          <w:p>
            <w:r/>
            <w:r>
              <w:rPr>
                <w:b w:val="0"/>
                <w:sz w:val="22"/>
              </w:rPr>
              <w:t>□ ない　□ 薬(　　　　　　　)　□ 食べ物(　　　　　　　)　□ その他(　　　　　　)</w:t>
            </w:r>
          </w:p>
        </w:tc>
      </w:tr>
      <w:tr>
        <w:trPr>
          <w:trHeight w:val="739" w:hRule="atLeast"/>
        </w:trPr>
        <w:tc>
          <w:tcPr>
            <w:tcW w:type="dxa" w:w="238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2"/>
              </w:rPr>
              <w:t>女性の方</w:t>
            </w:r>
          </w:p>
        </w:tc>
        <w:tc>
          <w:tcPr>
            <w:tcW w:type="dxa" w:w="7483"/>
          </w:tcPr>
          <w:p>
            <w:r/>
            <w:r>
              <w:rPr>
                <w:b w:val="0"/>
                <w:sz w:val="22"/>
              </w:rPr>
              <w:t>妊娠している・その可能性:□ ない　□ ある　□ わからない　　授乳中:□ はい　□ いいえ</w:t>
            </w:r>
          </w:p>
        </w:tc>
      </w:tr>
      <w:tr>
        <w:trPr>
          <w:trHeight w:val="739" w:hRule="atLeast"/>
        </w:trPr>
        <w:tc>
          <w:tcPr>
            <w:tcW w:type="dxa" w:w="238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2"/>
              </w:rPr>
              <w:t>たばこ・お酒</w:t>
            </w:r>
          </w:p>
        </w:tc>
        <w:tc>
          <w:tcPr>
            <w:tcW w:type="dxa" w:w="7483"/>
          </w:tcPr>
          <w:p>
            <w:r/>
            <w:r>
              <w:rPr>
                <w:b w:val="0"/>
                <w:sz w:val="22"/>
              </w:rPr>
              <w:t>たばこ:□ 吸わない　□ 吸う(1日　　本)　　お酒:□ 飲まない　□ 飲む(週　　日)</w:t>
            </w:r>
          </w:p>
        </w:tc>
      </w:tr>
      <w:tr>
        <w:trPr>
          <w:trHeight w:val="1315" w:hRule="atLeast"/>
        </w:trPr>
        <w:tc>
          <w:tcPr>
            <w:tcW w:type="dxa" w:w="238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2"/>
              </w:rPr>
              <w:t>その他</w:t>
            </w:r>
          </w:p>
        </w:tc>
        <w:tc>
          <w:tcPr>
            <w:tcW w:type="dxa" w:w="7483"/>
          </w:tcPr>
          <w:p>
            <w:r/>
            <w:r>
              <w:rPr>
                <w:b w:val="0"/>
                <w:sz w:val="22"/>
              </w:rPr>
              <w:t>(医師に伝えたいこと、ご希望など)</w:t>
            </w:r>
          </w:p>
        </w:tc>
      </w:tr>
    </w:tbl>
    <w:p>
      <w:pPr>
        <w:spacing w:after="0" w:before="80"/>
        <w:jc w:val="center"/>
      </w:pPr>
      <w:r>
        <w:rPr>
          <w:b w:val="0"/>
          <w:sz w:val="17"/>
        </w:rPr>
        <w:t>ご記入いただいた内容は、診療のためだけに使い、適切に管理します。</w:t>
      </w:r>
    </w:p>
    <w:p>
      <w:pPr>
        <w:spacing w:after="40" w:before="160"/>
        <w:jc w:val="left"/>
      </w:pPr>
      <w:r>
        <w:rPr>
          <w:b w:val="0"/>
          <w:sz w:val="17"/>
        </w:rPr>
        <w:t>(以下は、医院・お店の記入欄です)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739" w:hRule="atLeast"/>
        </w:trPr>
        <w:tc>
          <w:tcPr>
            <w:tcW w:type="dxa" w:w="238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体温・血圧</w:t>
            </w:r>
          </w:p>
        </w:tc>
        <w:tc>
          <w:tcPr>
            <w:tcW w:type="dxa" w:w="748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739" w:hRule="atLeast"/>
        </w:trPr>
        <w:tc>
          <w:tcPr>
            <w:tcW w:type="dxa" w:w="238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受付メモ</w:t>
            </w:r>
          </w:p>
        </w:tc>
        <w:tc>
          <w:tcPr>
            <w:tcW w:type="dxa" w:w="7483"/>
          </w:tcPr>
          <w:p>
            <w:r/>
            <w:r>
              <w:rPr>
                <w:b w:val="0"/>
                <w:sz w:val="20"/>
              </w:rPr>
            </w:r>
          </w:p>
        </w:tc>
      </w:tr>
    </w:tbl>
    <w:p>
      <w:pPr>
        <w:spacing w:line="20" w:lineRule="exact"/>
      </w:pPr>
      <w:r>
        <w:rPr>
          <w:sz w:val="2"/>
        </w:rPr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