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36"/>
        </w:rPr>
        <w:t>カウンセリングシート(問診票)</w:t>
      </w:r>
    </w:p>
    <w:p>
      <w:pPr>
        <w:spacing w:after="120" w:before="0"/>
        <w:jc w:val="center"/>
      </w:pPr>
      <w:r>
        <w:rPr>
          <w:b w:val="0"/>
          <w:sz w:val="19"/>
        </w:rPr>
        <w:t>施術を安全に行うために、ご記入をお願いします。あてはまるものに✓をつけてください。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36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ふりがな</w:t>
            </w:r>
          </w:p>
        </w:tc>
        <w:tc>
          <w:tcPr>
            <w:tcW w:type="dxa" w:w="3628"/>
          </w:tcPr>
          <w:p>
            <w:pPr>
              <w:jc w:val="left"/>
            </w:pPr>
            <w:r/>
            <w:r>
              <w:rPr>
                <w:b w:val="0"/>
                <w:sz w:val="22"/>
              </w:rPr>
            </w:r>
          </w:p>
        </w:tc>
        <w:tc>
          <w:tcPr>
            <w:tcW w:type="dxa" w:w="1247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記入日</w:t>
            </w:r>
          </w:p>
        </w:tc>
        <w:tc>
          <w:tcPr>
            <w:tcW w:type="dxa" w:w="3628"/>
          </w:tcPr>
          <w:p>
            <w:pPr>
              <w:jc w:val="left"/>
            </w:pPr>
            <w:r/>
            <w:r>
              <w:rPr>
                <w:b w:val="0"/>
                <w:sz w:val="22"/>
              </w:rPr>
              <w:t xml:space="preserve">　　年　　月　　日</w:t>
            </w:r>
          </w:p>
        </w:tc>
      </w:tr>
      <w:tr>
        <w:trPr>
          <w:trHeight w:val="680" w:hRule="atLeast"/>
        </w:trPr>
        <w:tc>
          <w:tcPr>
            <w:tcW w:type="dxa" w:w="136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お名前</w:t>
            </w:r>
          </w:p>
        </w:tc>
        <w:tc>
          <w:tcPr>
            <w:tcW w:type="dxa" w:w="3628"/>
          </w:tcPr>
          <w:p>
            <w:pPr>
              <w:jc w:val="left"/>
            </w:pPr>
            <w:r/>
            <w:r>
              <w:rPr>
                <w:b w:val="0"/>
                <w:sz w:val="22"/>
              </w:rPr>
            </w:r>
          </w:p>
        </w:tc>
        <w:tc>
          <w:tcPr>
            <w:tcW w:type="dxa" w:w="1247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性別</w:t>
            </w:r>
          </w:p>
        </w:tc>
        <w:tc>
          <w:tcPr>
            <w:tcW w:type="dxa" w:w="3628"/>
          </w:tcPr>
          <w:p>
            <w:pPr>
              <w:jc w:val="left"/>
            </w:pPr>
            <w:r/>
            <w:r>
              <w:rPr>
                <w:b w:val="0"/>
                <w:sz w:val="22"/>
              </w:rPr>
              <w:t>男 ・ 女 ・ 回答しない</w:t>
            </w:r>
          </w:p>
        </w:tc>
      </w:tr>
      <w:tr>
        <w:trPr>
          <w:trHeight w:val="680" w:hRule="atLeast"/>
        </w:trPr>
        <w:tc>
          <w:tcPr>
            <w:tcW w:type="dxa" w:w="136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生年月日</w:t>
            </w:r>
          </w:p>
        </w:tc>
        <w:tc>
          <w:tcPr>
            <w:tcW w:type="dxa" w:w="3628"/>
          </w:tcPr>
          <w:p>
            <w:pPr>
              <w:jc w:val="left"/>
            </w:pPr>
            <w:r/>
            <w:r>
              <w:rPr>
                <w:b w:val="0"/>
                <w:sz w:val="22"/>
              </w:rPr>
              <w:t xml:space="preserve">　　年　　月　　日(　　歳)</w:t>
            </w:r>
          </w:p>
        </w:tc>
        <w:tc>
          <w:tcPr>
            <w:tcW w:type="dxa" w:w="1247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電話番号</w:t>
            </w:r>
          </w:p>
        </w:tc>
        <w:tc>
          <w:tcPr>
            <w:tcW w:type="dxa" w:w="3628"/>
          </w:tcPr>
          <w:p>
            <w:pPr>
              <w:jc w:val="left"/>
            </w:pPr>
            <w:r/>
            <w:r>
              <w:rPr>
                <w:b w:val="0"/>
                <w:sz w:val="22"/>
              </w:rPr>
            </w:r>
          </w:p>
        </w:tc>
      </w:tr>
    </w:tbl>
    <w:p>
      <w:pPr>
        <w:spacing w:after="60" w:before="0"/>
        <w:jc w:val="left"/>
      </w:pPr>
      <w:r>
        <w:rPr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739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ご来店のきっかけ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2"/>
              </w:rPr>
              <w:t>□ 紹介(　　　　　様)　□ ホームページ　□ SNS　□ チラシ　□ 通りがかり　□ その他</w:t>
            </w:r>
          </w:p>
        </w:tc>
      </w:tr>
      <w:tr>
        <w:trPr>
          <w:trHeight w:val="1151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気になるところ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2"/>
              </w:rPr>
              <w:t>□ 首　□ 肩　□ 背中　□ 腰　□ 脚　□ 頭　□ 目の疲れ　□ むくみ　□ その他(　　　　)</w:t>
              <w:br/>
              <w:t>いつから:　　　　　　　　つらさ:□ 少し　□ ふつう　□ とてもつらい</w:t>
            </w:r>
          </w:p>
        </w:tc>
      </w:tr>
      <w:tr>
        <w:trPr>
          <w:trHeight w:val="657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施術の強さのお好み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2"/>
              </w:rPr>
              <w:t>□ 弱め　□ ふつう　□ 強め　□ おまかせ</w:t>
            </w:r>
          </w:p>
        </w:tc>
      </w:tr>
      <w:tr>
        <w:trPr>
          <w:trHeight w:val="1397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現在の体の状態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2"/>
              </w:rPr>
              <w:t>□ 治療中の病気がある(　　　　　　　　)　□ 骨折・ねんざ・手術をしたことがある(　　　　　　)</w:t>
              <w:br/>
              <w:t>□ 妊娠中・その可能性がある　□ 皮膚の病気・アレルギーがある(　　　　　　)　□ 特になし</w:t>
            </w:r>
          </w:p>
        </w:tc>
      </w:tr>
      <w:tr>
        <w:trPr>
          <w:trHeight w:val="739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触れてほしくない</w:t>
              <w:br/>
              <w:t>ところ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2"/>
              </w:rPr>
            </w:r>
          </w:p>
        </w:tc>
      </w:tr>
      <w:tr>
        <w:trPr>
          <w:trHeight w:val="1151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ご要望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2"/>
              </w:rPr>
            </w:r>
          </w:p>
        </w:tc>
      </w:tr>
    </w:tbl>
    <w:p>
      <w:pPr>
        <w:spacing w:after="40" w:before="120"/>
        <w:jc w:val="left"/>
      </w:pPr>
      <w:r>
        <w:rPr>
          <w:b w:val="0"/>
          <w:sz w:val="17"/>
        </w:rPr>
        <w:t>体調がすぐれないとき、治療中の病気があるときは、施術をお断りすることがあります。必要に応じて医師にご相談ください。</w:t>
      </w:r>
    </w:p>
    <w:p>
      <w:pPr>
        <w:spacing w:after="0" w:before="120"/>
        <w:jc w:val="right"/>
      </w:pPr>
      <w:r>
        <w:rPr>
          <w:b w:val="0"/>
          <w:sz w:val="20"/>
        </w:rPr>
        <w:t xml:space="preserve">上記の内容に相違ありません。　　年　　月　　日　お名前(自署)　　　　　　　　　　　　</w:t>
      </w:r>
    </w:p>
    <w:p>
      <w:pPr>
        <w:spacing w:after="40" w:before="160"/>
        <w:jc w:val="left"/>
      </w:pPr>
      <w:r>
        <w:rPr>
          <w:b w:val="0"/>
          <w:sz w:val="17"/>
        </w:rPr>
        <w:t>(以下は、医院・お店の記入欄です)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1315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施術内容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1315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担当・次回のご提案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0"/>
              </w:rPr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