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36"/>
        </w:rPr>
        <w:t>問 診 票(歯科)</w:t>
      </w:r>
    </w:p>
    <w:p>
      <w:pPr>
        <w:spacing w:after="120" w:before="0"/>
        <w:jc w:val="center"/>
      </w:pPr>
      <w:r>
        <w:rPr>
          <w:b w:val="0"/>
          <w:sz w:val="19"/>
        </w:rPr>
        <w:t>あてはまるものに✓をつけてください。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36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ふりがな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</w:r>
          </w:p>
        </w:tc>
        <w:tc>
          <w:tcPr>
            <w:tcW w:type="dxa" w:w="124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記入日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 xml:space="preserve">　　年　　月　　日</w:t>
            </w:r>
          </w:p>
        </w:tc>
      </w:tr>
      <w:tr>
        <w:trPr>
          <w:trHeight w:val="680" w:hRule="atLeast"/>
        </w:trPr>
        <w:tc>
          <w:tcPr>
            <w:tcW w:type="dxa" w:w="136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お名前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</w:r>
          </w:p>
        </w:tc>
        <w:tc>
          <w:tcPr>
            <w:tcW w:type="dxa" w:w="124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性別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男 ・ 女 ・ 回答しない</w:t>
            </w:r>
          </w:p>
        </w:tc>
      </w:tr>
      <w:tr>
        <w:trPr>
          <w:trHeight w:val="680" w:hRule="atLeast"/>
        </w:trPr>
        <w:tc>
          <w:tcPr>
            <w:tcW w:type="dxa" w:w="136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生年月日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 xml:space="preserve">　　年　　月　　日(　　歳)</w:t>
            </w:r>
          </w:p>
        </w:tc>
        <w:tc>
          <w:tcPr>
            <w:tcW w:type="dxa" w:w="124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電話番号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</w:r>
          </w:p>
        </w:tc>
      </w:tr>
    </w:tbl>
    <w:p>
      <w:pPr>
        <w:spacing w:after="60" w:before="0"/>
        <w:jc w:val="left"/>
      </w:pPr>
      <w:r>
        <w:rPr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1397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今日はどうされましたか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歯が痛い　□ しみる　□ 歯ぐきから血が出る・はれている　□ 詰め物・かぶせ物がとれた</w:t>
              <w:br/>
              <w:t>□ 入れ歯の相談　□ 歯並び　□ 歯のクリーニング・検診　□ その他(　　　　　　　　)</w:t>
            </w:r>
          </w:p>
        </w:tc>
      </w:tr>
      <w:tr>
        <w:trPr>
          <w:trHeight w:val="657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気になるところ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右上　□ 左上　□ 右下　□ 左下　□ 前歯　□ 全体</w:t>
            </w:r>
          </w:p>
        </w:tc>
      </w:tr>
      <w:tr>
        <w:trPr>
          <w:trHeight w:val="657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いつからですか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 xml:space="preserve">　　月　　日ごろから</w:t>
            </w:r>
          </w:p>
        </w:tc>
      </w:tr>
      <w:tr>
        <w:trPr>
          <w:trHeight w:val="1151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今かかっている病気・</w:t>
              <w:br/>
              <w:t>飲んでいる薬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ない　□ ある(　　　　　　　　　　　　　　　　　　　　　　　　　　　　)</w:t>
              <w:br/>
              <w:t>※血液をさらさらにする薬・骨の薬を飲んでいる方はお知らせください</w:t>
            </w:r>
          </w:p>
        </w:tc>
      </w:tr>
      <w:tr>
        <w:trPr>
          <w:trHeight w:val="73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アレルギー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ない　□ 薬(　　　　　　)　□ 金属(　　　　　　)　□ その他(　　　　　　)</w:t>
            </w:r>
          </w:p>
        </w:tc>
      </w:tr>
      <w:tr>
        <w:trPr>
          <w:trHeight w:val="657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麻酔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歯の麻酔で気分が悪くなったことが　□ ない　□ ある</w:t>
            </w:r>
          </w:p>
        </w:tc>
      </w:tr>
      <w:tr>
        <w:trPr>
          <w:trHeight w:val="657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女性の方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妊娠している・その可能性:□ ない　□ ある　□ わからない</w:t>
            </w:r>
          </w:p>
        </w:tc>
      </w:tr>
      <w:tr>
        <w:trPr>
          <w:trHeight w:val="1151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治療のご希望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痛いところだけ治したい　□ 悪いところは全部治したい　□ 説明を聞いてから決めたい</w:t>
              <w:br/>
              <w:t>□ 保険の範囲で　□ 自費の治療も相談したい</w:t>
            </w:r>
          </w:p>
        </w:tc>
      </w:tr>
      <w:tr>
        <w:trPr>
          <w:trHeight w:val="73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通院できる曜日・時間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</w:r>
          </w:p>
        </w:tc>
      </w:tr>
    </w:tbl>
    <w:p>
      <w:pPr>
        <w:spacing w:after="0" w:before="80"/>
        <w:jc w:val="center"/>
      </w:pPr>
      <w:r>
        <w:rPr>
          <w:b w:val="0"/>
          <w:sz w:val="17"/>
        </w:rPr>
        <w:t>ご記入いただいた内容は、診療のためだけに使い、適切に管理します。</w:t>
      </w:r>
    </w:p>
    <w:p>
      <w:pPr>
        <w:spacing w:after="40" w:before="160"/>
        <w:jc w:val="left"/>
      </w:pPr>
      <w:r>
        <w:rPr>
          <w:b w:val="0"/>
          <w:sz w:val="17"/>
        </w:rPr>
        <w:t>(以下は、医院・お店の記入欄です)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822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受付メモ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822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担当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