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b w:val="0"/>
          <w:sz w:val="23"/>
        </w:rPr>
        <w:t>○○○○会　御中</w:t>
      </w:r>
    </w:p>
    <w:p>
      <w:pPr>
        <w:spacing w:after="160"/>
        <w:jc w:val="center"/>
      </w:pPr>
      <w:r>
        <w:rPr>
          <w:b/>
          <w:sz w:val="44"/>
        </w:rPr>
        <w:t>入 会 申 込 書</w:t>
      </w:r>
    </w:p>
    <w:p>
      <w:pPr>
        <w:spacing w:after="80"/>
        <w:jc w:val="left"/>
      </w:pPr>
      <w:r>
        <w:rPr>
          <w:b w:val="0"/>
          <w:sz w:val="21"/>
        </w:rPr>
        <w:t>私は、会の規約に同意のうえ、入会を申し込みます。</w:t>
      </w:r>
    </w:p>
    <w:p>
      <w:pPr>
        <w:spacing w:after="160"/>
        <w:jc w:val="right"/>
      </w:pPr>
      <w:r>
        <w:rPr>
          <w:b w:val="0"/>
          <w:sz w:val="21"/>
        </w:rPr>
        <w:t>申込日　　20XX年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5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ふりがな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151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 xml:space="preserve">　　　　　　　　　　　　　　　　　　　　　　　　印</w:t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 xml:space="preserve">　　　　年　　月　　日生</w:t>
            </w:r>
          </w:p>
        </w:tc>
      </w:tr>
      <w:tr>
        <w:trPr>
          <w:trHeight w:val="1644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ご住所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〒</w:t>
              <w:br/>
              <w:br/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電話番号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(自宅)　　　　　　　　　　(携帯)</w:t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メールアドレス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986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緊急連絡先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お名前　　　　　　　　(続柄　　　)　電話</w:t>
            </w:r>
          </w:p>
        </w:tc>
      </w:tr>
      <w:tr>
        <w:trPr>
          <w:trHeight w:val="986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入会コース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□ 正会員(年会費○○円)　　□ 賛助会員(年会費○○円)</w:t>
            </w:r>
          </w:p>
        </w:tc>
      </w:tr>
      <w:tr>
        <w:trPr>
          <w:trHeight w:val="1479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入会のきっかけ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12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268"/>
            <w:shd w:val="clear" w:color="auto" w:fill="EEEEEE"/>
          </w:tcPr>
          <w:p>
            <w:pPr>
              <w:jc w:val="center"/>
            </w:pPr>
            <w:r/>
            <w:r>
              <w:rPr>
                <w:b/>
                <w:sz w:val="18"/>
              </w:rPr>
              <w:t>受付日</w:t>
            </w:r>
          </w:p>
        </w:tc>
        <w:tc>
          <w:tcPr>
            <w:tcW w:type="dxa" w:w="2268"/>
            <w:shd w:val="clear" w:color="auto" w:fill="EEEEEE"/>
          </w:tcPr>
          <w:p>
            <w:pPr>
              <w:jc w:val="center"/>
            </w:pPr>
            <w:r/>
            <w:r>
              <w:rPr>
                <w:b/>
                <w:sz w:val="18"/>
              </w:rPr>
              <w:t>会員番号</w:t>
            </w:r>
          </w:p>
        </w:tc>
        <w:tc>
          <w:tcPr>
            <w:tcW w:type="dxa" w:w="2268"/>
            <w:shd w:val="clear" w:color="auto" w:fill="EEEEEE"/>
          </w:tcPr>
          <w:p>
            <w:pPr>
              <w:jc w:val="center"/>
            </w:pPr>
            <w:r/>
            <w:r>
              <w:rPr>
                <w:b/>
                <w:sz w:val="18"/>
              </w:rPr>
              <w:t>会費受領</w:t>
            </w:r>
          </w:p>
        </w:tc>
        <w:tc>
          <w:tcPr>
            <w:tcW w:type="dxa" w:w="2268"/>
            <w:shd w:val="clear" w:color="auto" w:fill="EEEEEE"/>
          </w:tcPr>
          <w:p>
            <w:pPr>
              <w:jc w:val="center"/>
            </w:pPr>
            <w:r/>
            <w:r>
              <w:rPr>
                <w:b/>
                <w:sz w:val="18"/>
              </w:rPr>
              <w:t>担当</w:t>
            </w:r>
          </w:p>
        </w:tc>
      </w:tr>
      <w:tr>
        <w:trPr>
          <w:trHeight w:val="680" w:hRule="atLeast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0"/>
        <w:jc w:val="right"/>
      </w:pPr>
      <w:r>
        <w:rPr>
          <w:b w:val="0"/>
          <w:sz w:val="17"/>
        </w:rPr>
        <w:t>(事務局記入欄)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