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 w:val="0"/>
          <w:sz w:val="24"/>
        </w:rPr>
        <w:t>○○○○(イベント・講座名)</w:t>
      </w:r>
    </w:p>
    <w:p>
      <w:pPr>
        <w:spacing w:after="200"/>
        <w:jc w:val="center"/>
      </w:pPr>
      <w:r>
        <w:rPr>
          <w:b/>
          <w:sz w:val="44"/>
        </w:rPr>
        <w:t>参 加 申 込 書</w:t>
      </w:r>
    </w:p>
    <w:p>
      <w:pPr>
        <w:spacing w:after="160"/>
        <w:jc w:val="right"/>
      </w:pPr>
      <w:r>
        <w:rPr>
          <w:b w:val="0"/>
          <w:sz w:val="21"/>
        </w:rPr>
        <w:t>申込日　　20XX年　　月　　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657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ふりがな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1151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お名前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822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生年月日・年齢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 xml:space="preserve">　　　　年　　月　　日生(　　歳)</w:t>
            </w:r>
          </w:p>
        </w:tc>
      </w:tr>
      <w:tr>
        <w:trPr>
          <w:trHeight w:val="1644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ご住所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〒</w:t>
              <w:br/>
              <w:br/>
            </w:r>
          </w:p>
        </w:tc>
      </w:tr>
      <w:tr>
        <w:trPr>
          <w:trHeight w:val="822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電話番号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822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メールアドレス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986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参加日・コース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□ ○月○日(○)　　□ ○月○日(○)　　□ どちらでも</w:t>
            </w:r>
          </w:p>
        </w:tc>
      </w:tr>
      <w:tr>
        <w:trPr>
          <w:trHeight w:val="822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参加人数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  <w:t>大人　　名　・　子ども　　名</w:t>
            </w:r>
          </w:p>
        </w:tc>
      </w:tr>
      <w:tr>
        <w:trPr>
          <w:trHeight w:val="2466" w:hRule="atLeast"/>
        </w:trPr>
        <w:tc>
          <w:tcPr>
            <w:tcW w:type="dxa" w:w="215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備考・ご質問</w:t>
            </w:r>
          </w:p>
        </w:tc>
        <w:tc>
          <w:tcPr>
            <w:tcW w:type="dxa" w:w="7710"/>
          </w:tcPr>
          <w:p>
            <w:r/>
            <w:r>
              <w:rPr>
                <w:b w:val="0"/>
                <w:sz w:val="21"/>
              </w:rPr>
            </w:r>
          </w:p>
        </w:tc>
      </w:tr>
    </w:tbl>
    <w:p>
      <w:pPr>
        <w:spacing w:after="120"/>
        <w:jc w:val="left"/>
      </w:pPr>
      <w:r>
        <w:rPr>
          <w:b w:val="0"/>
          <w:sz w:val="21"/>
        </w:rPr>
      </w:r>
    </w:p>
    <w:p>
      <w:pPr>
        <w:spacing w:after="40"/>
        <w:jc w:val="left"/>
      </w:pPr>
      <w:r>
        <w:rPr>
          <w:b w:val="0"/>
          <w:sz w:val="19"/>
        </w:rPr>
        <w:t>【申込先】○○○○事務局　TEL 00-0000-0000　メール xxxx@example.com</w:t>
      </w:r>
    </w:p>
    <w:p>
      <w:pPr>
        <w:spacing w:after="0"/>
        <w:jc w:val="left"/>
      </w:pPr>
      <w:r>
        <w:rPr>
          <w:b w:val="0"/>
          <w:sz w:val="18"/>
        </w:rPr>
        <w:t>※ご記入いただいた個人情報は、本イベントの運営とご連絡のためにのみ使用します。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