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 w:line="288" w:lineRule="auto"/>
        <w:jc w:val="right"/>
      </w:pPr>
      <w:r>
        <w:rPr>
          <w:b w:val="0"/>
          <w:sz w:val="21"/>
        </w:rPr>
        <w:t>20XX年○月○日</w:t>
      </w:r>
    </w:p>
    <w:p>
      <w:pPr>
        <w:spacing w:after="160" w:before="0" w:line="288" w:lineRule="auto"/>
        <w:jc w:val="left"/>
      </w:pPr>
      <w:r>
        <w:rPr>
          <w:b w:val="0"/>
          <w:sz w:val="22"/>
        </w:rPr>
        <w:t>○○ ○○ 様</w:t>
      </w:r>
    </w:p>
    <w:p>
      <w:pPr>
        <w:spacing w:after="0" w:before="0" w:line="288" w:lineRule="auto"/>
        <w:jc w:val="right"/>
      </w:pPr>
      <w:r>
        <w:rPr>
          <w:b w:val="0"/>
          <w:sz w:val="21"/>
        </w:rPr>
        <w:t>株式会社○○○○</w:t>
      </w:r>
    </w:p>
    <w:p>
      <w:pPr>
        <w:spacing w:after="0" w:before="0" w:line="288" w:lineRule="auto"/>
        <w:jc w:val="right"/>
      </w:pPr>
      <w:r>
        <w:rPr>
          <w:b w:val="0"/>
          <w:sz w:val="21"/>
        </w:rPr>
        <w:t>代表取締役　○○ ○○</w:t>
      </w:r>
    </w:p>
    <w:p>
      <w:pPr>
        <w:spacing w:after="280" w:before="0" w:line="288" w:lineRule="auto"/>
        <w:jc w:val="right"/>
      </w:pPr>
      <w:r>
        <w:rPr>
          <w:b w:val="0"/>
          <w:sz w:val="18"/>
        </w:rPr>
        <w:t>(担当:人事部 ○○　電話 ○○-○○○○-○○○○)</w:t>
      </w:r>
    </w:p>
    <w:p>
      <w:pPr>
        <w:spacing w:after="240" w:before="0" w:line="288" w:lineRule="auto"/>
        <w:jc w:val="center"/>
      </w:pPr>
      <w:r>
        <w:rPr>
          <w:b/>
          <w:sz w:val="40"/>
        </w:rPr>
        <w:t>採用内定通知書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拝啓　時下ますますご清祥のこととお喜び申し上げます。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このたびは、当社の採用選考にご応募いただき、誠にありがとうございました。選考の結果、あなたの採用を内定いたしましたので、下記のとおりご通知申し上げます。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内定をお受けいただける場合は、同封の内定承諾書を20XX年○月○日までにご返送ください。</w:t>
      </w:r>
    </w:p>
    <w:p>
      <w:pPr>
        <w:spacing w:after="120" w:before="0" w:line="288" w:lineRule="auto"/>
        <w:jc w:val="right"/>
      </w:pPr>
      <w:r>
        <w:rPr>
          <w:b w:val="0"/>
          <w:sz w:val="21"/>
        </w:rPr>
        <w:t>敬具</w:t>
      </w:r>
    </w:p>
    <w:p>
      <w:pPr>
        <w:spacing w:after="120" w:before="0" w:line="288" w:lineRule="auto"/>
        <w:jc w:val="center"/>
      </w:pPr>
      <w:r>
        <w:rPr>
          <w:b w:val="0"/>
          <w:sz w:val="21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入社予定日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20XX年○月○日(ご相談に応じます)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職種・所属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営業職(営業部 営業1課)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雇用形態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正社員(期間の定めなし)　試用期間 3か月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勤務地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本社(○○県○○市)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勤務時間・休日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9:00〜18:00(休憩1時間)　土日・祝日休み、年末年始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給与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月給 ○○○,○○○円(基本給 ○○○,○○○円、○○手当 ○,○○○円)</w:t>
              <w:br/>
              <w:t>賞与 年2回(業績による)　通勤手当 実費支給(上限 月○○,○○○円)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提出書類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内定承諾書、年金手帳または基礎年金番号がわかる書類、雇用保険被保険者証、源泉徴収票(前職のもの)</w:t>
            </w:r>
          </w:p>
        </w:tc>
      </w:tr>
    </w:tbl>
    <w:p>
      <w:pPr>
        <w:spacing w:after="40" w:before="0" w:line="288" w:lineRule="auto"/>
        <w:jc w:val="left"/>
      </w:pPr>
    </w:p>
    <w:p>
      <w:pPr>
        <w:spacing w:after="40" w:before="0" w:line="288" w:lineRule="auto"/>
        <w:jc w:val="left"/>
      </w:pPr>
      <w:r>
        <w:rPr>
          <w:b w:val="0"/>
          <w:sz w:val="21"/>
        </w:rPr>
        <w:t>※くわしい労働条件は、入社時にお渡しする労働条件通知書でご確認ください。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※提出書類やご経歴に重大な偽りがあった場合などは、内定を取り消すことがあります。</w:t>
      </w:r>
    </w:p>
    <w:p>
      <w:pPr>
        <w:spacing w:after="80" w:before="120" w:line="288" w:lineRule="auto"/>
        <w:jc w:val="right"/>
      </w:pPr>
      <w:r>
        <w:rPr>
          <w:b w:val="0"/>
          <w:sz w:val="21"/>
        </w:rPr>
        <w:t>以上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