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 w:line="288" w:lineRule="auto"/>
        <w:jc w:val="left"/>
      </w:pPr>
      <w:r>
        <w:rPr>
          <w:b w:val="0"/>
          <w:sz w:val="22"/>
        </w:rPr>
        <w:t>○○ ○○ 様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株式会社○○○○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代表取締役　○○ ○○</w:t>
      </w:r>
    </w:p>
    <w:p>
      <w:pPr>
        <w:spacing w:after="280" w:before="0" w:line="288" w:lineRule="auto"/>
        <w:jc w:val="right"/>
      </w:pPr>
      <w:r>
        <w:rPr>
          <w:b w:val="0"/>
          <w:sz w:val="18"/>
        </w:rPr>
        <w:t>(担当:人事部 ○○　電話 ○○-○○○○-○○○○)</w:t>
      </w:r>
    </w:p>
    <w:p>
      <w:pPr>
        <w:spacing w:after="240" w:before="0" w:line="288" w:lineRule="auto"/>
        <w:jc w:val="center"/>
      </w:pPr>
      <w:r>
        <w:rPr>
          <w:b/>
          <w:sz w:val="40"/>
        </w:rPr>
        <w:t>内 定 通 知 書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拝啓　時下ますますご清祥のこととお喜び申し上げます。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このたびは、当社の採用選考にご応募いただき、誠にありがとうございました。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慎重に選考を重ねました結果、あなたを採用することに内定いたしましたので、ここにご通知申し上げます。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つきましては、同封の内定承諾書に必要事項をご記入のうえ、20XX年○月○日までにご返送くださいますようお願いいたします。</w:t>
      </w:r>
    </w:p>
    <w:p>
      <w:pPr>
        <w:spacing w:after="160" w:before="0" w:line="288" w:lineRule="auto"/>
        <w:jc w:val="right"/>
      </w:pPr>
      <w:r>
        <w:rPr>
          <w:b w:val="0"/>
          <w:sz w:val="21"/>
        </w:rPr>
        <w:t>敬具</w:t>
      </w:r>
    </w:p>
    <w:p>
      <w:pPr>
        <w:spacing w:after="120" w:before="0" w:line="288" w:lineRule="auto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510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入社予定日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20XX年4月1日</w:t>
            </w:r>
          </w:p>
        </w:tc>
      </w:tr>
      <w:tr>
        <w:trPr>
          <w:trHeight w:val="510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配属予定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入社後の研修を経て決定します</w:t>
            </w:r>
          </w:p>
        </w:tc>
      </w:tr>
      <w:tr>
        <w:trPr>
          <w:trHeight w:val="510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提出書類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(1)内定承諾書　(2)卒業見込証明書　(3)健康診断書(3か月以内のもの)</w:t>
              <w:br/>
              <w:t>※卒業証明書は、卒業後すみやかにご提出ください。</w:t>
            </w:r>
          </w:p>
        </w:tc>
      </w:tr>
      <w:tr>
        <w:trPr>
          <w:trHeight w:val="510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提出期限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20XX年○月○日(必着)</w:t>
            </w:r>
          </w:p>
        </w:tc>
      </w:tr>
    </w:tbl>
    <w:p>
      <w:pPr>
        <w:spacing w:after="80" w:before="0" w:line="288" w:lineRule="auto"/>
        <w:jc w:val="left"/>
      </w:pPr>
    </w:p>
    <w:p>
      <w:pPr>
        <w:spacing w:after="40" w:before="0" w:line="288" w:lineRule="auto"/>
        <w:jc w:val="left"/>
      </w:pPr>
      <w:r>
        <w:rPr>
          <w:b/>
          <w:sz w:val="20"/>
        </w:rPr>
        <w:t>【内定の取り消しについて】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次のいずれかにあたる場合は、内定を取り消すことがあります。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(1)20XX年3月に学校を卒業できなかったとき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(2)提出書類や履歴書などの記載に、重大な偽りがあったとき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(3)健康状態が悪化し、勤務することが困難になったとき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(4)その他、前各号に準じる重大な理由があるとき</w:t>
      </w:r>
    </w:p>
    <w:p>
      <w:pPr>
        <w:spacing w:after="80" w:before="120" w:line="288" w:lineRule="auto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