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288" w:lineRule="auto"/>
        <w:jc w:val="right"/>
      </w:pPr>
      <w:r>
        <w:rPr>
          <w:b w:val="0"/>
          <w:sz w:val="21"/>
        </w:rPr>
        <w:t>20XX年○月○日</w:t>
      </w:r>
    </w:p>
    <w:p>
      <w:pPr>
        <w:spacing w:after="0" w:before="0" w:line="288" w:lineRule="auto"/>
        <w:jc w:val="left"/>
      </w:pPr>
      <w:r>
        <w:rPr>
          <w:b w:val="0"/>
          <w:sz w:val="22"/>
        </w:rPr>
        <w:t>株式会社○○○○</w:t>
      </w:r>
    </w:p>
    <w:p>
      <w:pPr>
        <w:spacing w:after="320" w:before="0" w:line="288" w:lineRule="auto"/>
        <w:jc w:val="left"/>
      </w:pPr>
      <w:r>
        <w:rPr>
          <w:b w:val="0"/>
          <w:sz w:val="22"/>
        </w:rPr>
        <w:t>代表取締役　○○ ○○ 殿</w:t>
      </w:r>
    </w:p>
    <w:p>
      <w:pPr>
        <w:spacing w:after="280" w:before="0" w:line="288" w:lineRule="auto"/>
        <w:jc w:val="center"/>
      </w:pPr>
      <w:r>
        <w:rPr>
          <w:b/>
          <w:sz w:val="40"/>
        </w:rPr>
        <w:t>内 定 承 諾 書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このたびは、採用内定のご通知をいただき、誠にありがとうございました。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私は、貴社に入社することを承諾いたします。入社にあたっては、次のことを誓約いたします。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(1)入社予定日の20XX年○月○日に、必ず入社いたします。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(2)貴社の就業規則その他の規則を守り、誠実に勤務いたします。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(3)提出した書類の記載内容に、偽りはありません。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(4)やむを得ない事情により入社できなくなった場合は、すみやかにご連絡いたします。</w:t>
      </w:r>
    </w:p>
    <w:p>
      <w:pPr>
        <w:spacing w:after="480" w:before="0" w:line="288" w:lineRule="auto"/>
        <w:jc w:val="left"/>
      </w:pPr>
    </w:p>
    <w:p>
      <w:pPr>
        <w:spacing w:after="200" w:before="0" w:line="288" w:lineRule="auto"/>
        <w:jc w:val="left"/>
      </w:pPr>
      <w:r>
        <w:rPr>
          <w:b w:val="0"/>
          <w:sz w:val="21"/>
        </w:rPr>
        <w:t xml:space="preserve">　　　　　　　　　　住所　〒　　　－　　　　</w:t>
      </w:r>
    </w:p>
    <w:p>
      <w:pPr>
        <w:spacing w:after="200" w:before="0" w:line="288" w:lineRule="auto"/>
        <w:jc w:val="left"/>
      </w:pPr>
    </w:p>
    <w:p>
      <w:pPr>
        <w:spacing w:after="200" w:before="0" w:line="288" w:lineRule="auto"/>
        <w:jc w:val="left"/>
      </w:pPr>
      <w:r>
        <w:rPr>
          <w:b w:val="0"/>
          <w:sz w:val="21"/>
        </w:rPr>
        <w:t xml:space="preserve">　　　　　　　　　　氏名　　　　　　　　　　　　　　　　　　　　印</w:t>
      </w:r>
    </w:p>
    <w:p>
      <w:pPr>
        <w:spacing w:after="200" w:before="0" w:line="288" w:lineRule="auto"/>
        <w:jc w:val="left"/>
      </w:pPr>
      <w:r>
        <w:rPr>
          <w:b w:val="0"/>
          <w:sz w:val="21"/>
        </w:rPr>
        <w:t xml:space="preserve">　　　　　　　　　　電話番号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