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 w:before="0" w:line="288" w:lineRule="auto"/>
        <w:jc w:val="center"/>
      </w:pPr>
      <w:r>
        <w:rPr>
          <w:b/>
          <w:sz w:val="52"/>
        </w:rPr>
        <w:t>念　　書</w:t>
      </w:r>
    </w:p>
    <w:p>
      <w:pPr>
        <w:spacing w:after="560" w:before="400" w:line="288" w:lineRule="auto"/>
        <w:jc w:val="left"/>
      </w:pPr>
      <w:r>
        <w:rPr>
          <w:b w:val="0"/>
          <w:sz w:val="26"/>
        </w:rPr>
        <w:t>○○○○　殿</w:t>
      </w:r>
    </w:p>
    <w:p>
      <w:pPr>
        <w:spacing w:after="400" w:before="0" w:line="288" w:lineRule="auto"/>
        <w:jc w:val="left"/>
      </w:pPr>
      <w:r>
        <w:rPr>
          <w:b w:val="0"/>
          <w:sz w:val="24"/>
        </w:rPr>
        <w:t xml:space="preserve">　私は、貴殿に対し、下記の事項を確約いたします。</w:t>
      </w:r>
    </w:p>
    <w:p>
      <w:pPr>
        <w:spacing w:after="320" w:before="0" w:line="288" w:lineRule="auto"/>
        <w:jc w:val="center"/>
      </w:pPr>
      <w:r>
        <w:rPr>
          <w:b w:val="0"/>
          <w:sz w:val="24"/>
        </w:rPr>
        <w:t>記</w:t>
      </w:r>
    </w:p>
    <w:p>
      <w:pPr>
        <w:spacing w:after="320" w:before="0" w:line="288" w:lineRule="auto"/>
        <w:ind w:left="397" w:hanging="397"/>
        <w:jc w:val="left"/>
      </w:pPr>
      <w:r>
        <w:rPr>
          <w:b w:val="0"/>
          <w:sz w:val="24"/>
        </w:rPr>
        <w:t>1．(例)20XX年○月○日から、共用の駐車場に自転車を置かないこと。</w:t>
      </w:r>
    </w:p>
    <w:p>
      <w:pPr>
        <w:spacing w:after="320" w:before="0" w:line="288" w:lineRule="auto"/>
        <w:ind w:left="397" w:hanging="397"/>
        <w:jc w:val="left"/>
      </w:pPr>
      <w:r>
        <w:rPr>
          <w:b w:val="0"/>
          <w:sz w:val="24"/>
        </w:rPr>
        <w:t>2．(例)夜10時以降は、楽器の演奏や大きな音を出さないこと。</w:t>
      </w:r>
    </w:p>
    <w:p>
      <w:pPr>
        <w:spacing w:after="320" w:before="0" w:line="288" w:lineRule="auto"/>
        <w:ind w:left="397" w:hanging="397"/>
        <w:jc w:val="left"/>
      </w:pPr>
      <w:r>
        <w:rPr>
          <w:b w:val="0"/>
          <w:sz w:val="24"/>
        </w:rPr>
        <w:t>3．上記に違反したときは、貴殿の求めに応じて話し合いに応じ、誠意をもって対応すること。</w:t>
      </w:r>
    </w:p>
    <w:p>
      <w:pPr>
        <w:spacing w:after="200" w:before="0" w:line="288" w:lineRule="auto"/>
        <w:jc w:val="right"/>
      </w:pPr>
      <w:r>
        <w:rPr>
          <w:b w:val="0"/>
          <w:sz w:val="22"/>
        </w:rPr>
        <w:t>以上</w:t>
      </w:r>
    </w:p>
    <w:p>
      <w:pPr>
        <w:spacing w:after="360" w:before="480" w:line="288" w:lineRule="auto"/>
        <w:jc w:val="left"/>
      </w:pPr>
      <w:r>
        <w:rPr>
          <w:b w:val="0"/>
          <w:sz w:val="24"/>
        </w:rPr>
        <w:t>20XX年○月○日</w:t>
      </w:r>
    </w:p>
    <w:p>
      <w:pPr>
        <w:spacing w:after="360" w:before="0" w:line="288" w:lineRule="auto"/>
        <w:jc w:val="left"/>
      </w:pPr>
      <w:r>
        <w:rPr>
          <w:b w:val="0"/>
          <w:sz w:val="24"/>
        </w:rPr>
        <w:t xml:space="preserve">住所　　　　　　　　　　　　　　　　　　　　　　　　　　　　</w:t>
      </w:r>
    </w:p>
    <w:p>
      <w:pPr>
        <w:spacing w:after="360" w:before="0" w:line="288" w:lineRule="auto"/>
        <w:jc w:val="left"/>
      </w:pPr>
      <w:r>
        <w:rPr>
          <w:b w:val="0"/>
          <w:sz w:val="24"/>
        </w:rPr>
        <w:t>氏名　　　　　　　　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