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 w:before="0" w:line="288" w:lineRule="auto"/>
        <w:jc w:val="center"/>
      </w:pPr>
      <w:r>
        <w:rPr>
          <w:b/>
          <w:sz w:val="52"/>
        </w:rPr>
        <w:t>念　　書</w:t>
      </w:r>
    </w:p>
    <w:p>
      <w:pPr>
        <w:spacing w:after="560" w:before="400" w:line="288" w:lineRule="auto"/>
        <w:jc w:val="left"/>
      </w:pPr>
      <w:r>
        <w:rPr>
          <w:b w:val="0"/>
          <w:sz w:val="26"/>
        </w:rPr>
        <w:t>○○○○　殿</w:t>
      </w:r>
    </w:p>
    <w:p>
      <w:pPr>
        <w:spacing w:after="400" w:before="0" w:line="288" w:lineRule="auto"/>
        <w:jc w:val="left"/>
      </w:pPr>
      <w:r>
        <w:rPr>
          <w:b w:val="0"/>
          <w:sz w:val="24"/>
        </w:rPr>
        <w:t xml:space="preserve">　私は、貴殿に対して負っている下記の金額について、次のとおり支払うことを確約いたします。</w:t>
      </w:r>
    </w:p>
    <w:p>
      <w:pPr>
        <w:spacing w:after="80" w:before="0" w:line="288" w:lineRule="auto"/>
        <w:jc w:val="center"/>
      </w:pPr>
      <w:r>
        <w:rPr>
          <w:b/>
          <w:sz w:val="32"/>
        </w:rPr>
        <w:t>金　　　　　　　　　　　円也</w:t>
      </w:r>
    </w:p>
    <w:p>
      <w:pPr>
        <w:spacing w:after="400" w:before="0" w:line="288" w:lineRule="auto"/>
        <w:jc w:val="center"/>
      </w:pPr>
      <w:r>
        <w:rPr>
          <w:b w:val="0"/>
          <w:sz w:val="19"/>
        </w:rPr>
        <w:t>(内容:(例)20XX年○月分の家賃の未払い分)</w:t>
      </w:r>
    </w:p>
    <w:p>
      <w:pPr>
        <w:spacing w:after="320" w:before="0" w:line="288" w:lineRule="auto"/>
        <w:jc w:val="center"/>
      </w:pPr>
      <w:r>
        <w:rPr>
          <w:b w:val="0"/>
          <w:sz w:val="24"/>
        </w:rPr>
        <w:t>記</w:t>
      </w:r>
    </w:p>
    <w:p>
      <w:pPr>
        <w:spacing w:after="320" w:before="0" w:line="288" w:lineRule="auto"/>
        <w:ind w:left="397" w:hanging="397"/>
        <w:jc w:val="left"/>
      </w:pPr>
      <w:r>
        <w:rPr>
          <w:b w:val="0"/>
          <w:sz w:val="24"/>
        </w:rPr>
        <w:t>1．支払方法　20XX年○月から毎月○日限り、金○○,○○○円ずつ、貴殿の指定する銀行口座に振り込んで支払う。</w:t>
      </w:r>
    </w:p>
    <w:p>
      <w:pPr>
        <w:spacing w:after="320" w:before="0" w:line="288" w:lineRule="auto"/>
        <w:ind w:left="397" w:hanging="397"/>
        <w:jc w:val="left"/>
      </w:pPr>
      <w:r>
        <w:rPr>
          <w:b w:val="0"/>
          <w:sz w:val="24"/>
        </w:rPr>
        <w:t>2．支払いを2回以上怠ったときは、残りの金額を直ちに一括して支払う。</w:t>
      </w:r>
    </w:p>
    <w:p>
      <w:pPr>
        <w:spacing w:after="320" w:before="0" w:line="288" w:lineRule="auto"/>
        <w:ind w:left="397" w:hanging="397"/>
        <w:jc w:val="left"/>
      </w:pPr>
      <w:r>
        <w:rPr>
          <w:b w:val="0"/>
          <w:sz w:val="24"/>
        </w:rPr>
        <w:t>3．住所や連絡先を変えたときは、すぐに貴殿に知らせる。</w:t>
      </w:r>
    </w:p>
    <w:p>
      <w:pPr>
        <w:spacing w:after="200" w:before="0" w:line="288" w:lineRule="auto"/>
        <w:jc w:val="right"/>
      </w:pPr>
      <w:r>
        <w:rPr>
          <w:b w:val="0"/>
          <w:sz w:val="22"/>
        </w:rPr>
        <w:t>以上</w:t>
      </w:r>
    </w:p>
    <w:p>
      <w:pPr>
        <w:spacing w:after="360" w:before="480" w:line="288" w:lineRule="auto"/>
        <w:jc w:val="left"/>
      </w:pPr>
      <w:r>
        <w:rPr>
          <w:b w:val="0"/>
          <w:sz w:val="24"/>
        </w:rPr>
        <w:t>20XX年○月○日</w:t>
      </w:r>
    </w:p>
    <w:p>
      <w:pPr>
        <w:spacing w:after="360" w:before="0" w:line="288" w:lineRule="auto"/>
        <w:jc w:val="left"/>
      </w:pPr>
      <w:r>
        <w:rPr>
          <w:b w:val="0"/>
          <w:sz w:val="24"/>
        </w:rPr>
        <w:t xml:space="preserve">住所　　　　　　　　　　　　　　　　　　　　　　　　　　　　</w:t>
      </w:r>
    </w:p>
    <w:p>
      <w:pPr>
        <w:spacing w:after="360" w:before="0" w:line="288" w:lineRule="auto"/>
        <w:jc w:val="left"/>
      </w:pPr>
      <w:r>
        <w:rPr>
          <w:b w:val="0"/>
          <w:sz w:val="24"/>
        </w:rPr>
        <w:t>氏名　　　　　　　　　　　　　　　　　　　　　　　　　　印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