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 w:line="288" w:lineRule="auto"/>
        <w:jc w:val="center"/>
      </w:pPr>
      <w:r>
        <w:rPr>
          <w:b/>
          <w:sz w:val="52"/>
        </w:rPr>
        <w:t>覚　　書</w:t>
      </w:r>
    </w:p>
    <w:p>
      <w:pPr>
        <w:spacing w:after="280" w:before="0" w:line="288" w:lineRule="auto"/>
        <w:jc w:val="center"/>
      </w:pPr>
      <w:r>
        <w:rPr>
          <w:b w:val="0"/>
          <w:sz w:val="24"/>
        </w:rPr>
        <w:t>(契約内容の変更)</w:t>
      </w:r>
    </w:p>
    <w:p>
      <w:pPr>
        <w:spacing w:after="400" w:before="0" w:line="288" w:lineRule="auto"/>
        <w:jc w:val="left"/>
      </w:pPr>
      <w:r>
        <w:rPr>
          <w:b w:val="0"/>
          <w:sz w:val="24"/>
        </w:rPr>
        <w:t xml:space="preserve">　○○○○(以下「甲」という)と○○○○(以下「乙」という)は、20XX年○月○日付で締結した○○契約(以下「原契約」という)の一部を、以下のとおり変更することに合意した。</w:t>
      </w:r>
    </w:p>
    <w:p>
      <w:pPr>
        <w:spacing w:after="360" w:before="0" w:line="288" w:lineRule="auto"/>
        <w:ind w:left="1474" w:hanging="1474"/>
        <w:jc w:val="left"/>
      </w:pPr>
      <w:r>
        <w:rPr>
          <w:b w:val="0"/>
          <w:sz w:val="24"/>
        </w:rPr>
        <w:t>第1条(変更内容)　原契約第○条に定める月額料金を、次のとおり変更する。</w:t>
        <w:br/>
        <w:t xml:space="preserve">　変更前:月額 金○○,○○○円(税込)</w:t>
        <w:br/>
        <w:t xml:space="preserve">　変更後:月額 金○○,○○○円(税込)</w:t>
      </w:r>
    </w:p>
    <w:p>
      <w:pPr>
        <w:spacing w:after="360" w:before="0" w:line="288" w:lineRule="auto"/>
        <w:ind w:left="1474" w:hanging="1474"/>
        <w:jc w:val="left"/>
      </w:pPr>
      <w:r>
        <w:rPr>
          <w:b w:val="0"/>
          <w:sz w:val="24"/>
        </w:rPr>
        <w:t>第2条(適用日)　前条の変更は、20XX年○月○日から適用する。</w:t>
      </w:r>
    </w:p>
    <w:p>
      <w:pPr>
        <w:spacing w:after="360" w:before="0" w:line="288" w:lineRule="auto"/>
        <w:ind w:left="1474" w:hanging="1474"/>
        <w:jc w:val="left"/>
      </w:pPr>
      <w:r>
        <w:rPr>
          <w:b w:val="0"/>
          <w:sz w:val="24"/>
        </w:rPr>
        <w:t>第3条(その他)　本覚書に定めのない事項は、すべて原契約のとおりとする。</w:t>
      </w:r>
    </w:p>
    <w:p>
      <w:pPr>
        <w:spacing w:after="200" w:before="200" w:line="288" w:lineRule="auto"/>
        <w:jc w:val="left"/>
      </w:pPr>
      <w:r>
        <w:rPr>
          <w:b w:val="0"/>
          <w:sz w:val="22"/>
        </w:rPr>
        <w:t xml:space="preserve">　本覚書の成立を証するため、本書を2通作成し、甲乙記名押印のうえ、各1通を保有する。</w:t>
      </w:r>
    </w:p>
    <w:p>
      <w:pPr>
        <w:spacing w:after="280" w:before="0" w:line="288" w:lineRule="auto"/>
        <w:jc w:val="left"/>
      </w:pPr>
      <w:r>
        <w:rPr>
          <w:b w:val="0"/>
          <w:sz w:val="24"/>
        </w:rPr>
        <w:t>20XX年○月○日</w:t>
      </w:r>
    </w:p>
    <w:p>
      <w:pPr>
        <w:spacing w:after="80" w:before="80" w:line="288" w:lineRule="auto"/>
        <w:jc w:val="left"/>
      </w:pPr>
      <w:r>
        <w:rPr>
          <w:b/>
          <w:sz w:val="22"/>
        </w:rPr>
        <w:t>(甲)</w:t>
      </w:r>
    </w:p>
    <w:p>
      <w:pPr>
        <w:spacing w:after="240" w:before="0" w:line="288" w:lineRule="auto"/>
        <w:jc w:val="left"/>
      </w:pPr>
      <w:r>
        <w:rPr>
          <w:b w:val="0"/>
          <w:sz w:val="24"/>
        </w:rPr>
        <w:t xml:space="preserve">住所　　　　　　　　　　　　　　　　　　　　　　　　　　　　</w:t>
      </w:r>
    </w:p>
    <w:p>
      <w:pPr>
        <w:spacing w:after="280" w:before="0" w:line="288" w:lineRule="auto"/>
        <w:jc w:val="left"/>
      </w:pPr>
      <w:r>
        <w:rPr>
          <w:b w:val="0"/>
          <w:sz w:val="24"/>
        </w:rPr>
        <w:t>氏名(会社名・代表者)　　　　　　　　　　　　　　　　　　印</w:t>
      </w:r>
    </w:p>
    <w:p>
      <w:pPr>
        <w:spacing w:after="80" w:before="80" w:line="288" w:lineRule="auto"/>
        <w:jc w:val="left"/>
      </w:pPr>
      <w:r>
        <w:rPr>
          <w:b/>
          <w:sz w:val="22"/>
        </w:rPr>
        <w:t>(乙)</w:t>
      </w:r>
    </w:p>
    <w:p>
      <w:pPr>
        <w:spacing w:after="240" w:before="0" w:line="288" w:lineRule="auto"/>
        <w:jc w:val="left"/>
      </w:pPr>
      <w:r>
        <w:rPr>
          <w:b w:val="0"/>
          <w:sz w:val="24"/>
        </w:rPr>
        <w:t xml:space="preserve">住所　　　　　　　　　　　　　　　　　　　　　　　　　　　　</w:t>
      </w:r>
    </w:p>
    <w:p>
      <w:pPr>
        <w:spacing w:after="280" w:before="0" w:line="288" w:lineRule="auto"/>
        <w:jc w:val="left"/>
      </w:pPr>
      <w:r>
        <w:rPr>
          <w:b w:val="0"/>
          <w:sz w:val="24"/>
        </w:rPr>
        <w:t>氏名(会社名・代表者)　　　　　　　　　　　　　　　　　　印</w:t>
      </w:r>
    </w:p>
    <w:sectPr w:rsidR="00FC693F" w:rsidRPr="0006063C" w:rsidSect="00034616">
      <w:pgSz w:w="11906" w:h="16838"/>
      <w:pgMar w:top="794" w:right="1247" w:bottom="68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明朝" w:hAnsi="游明朝" w:eastAsia="游明朝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