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 w:before="0" w:line="288" w:lineRule="auto"/>
        <w:jc w:val="center"/>
      </w:pPr>
      <w:r>
        <w:rPr>
          <w:b/>
          <w:sz w:val="52"/>
        </w:rPr>
        <w:t>覚　　書</w:t>
      </w:r>
    </w:p>
    <w:p>
      <w:pPr>
        <w:spacing w:after="400" w:before="0" w:line="288" w:lineRule="auto"/>
        <w:jc w:val="left"/>
      </w:pPr>
      <w:r>
        <w:rPr>
          <w:b w:val="0"/>
          <w:sz w:val="24"/>
        </w:rPr>
        <w:t xml:space="preserve">　○○○○(以下「甲」という)と○○○○(以下「乙」という)は、(例)○○の共同開催について、以下のとおり合意した。</w:t>
      </w:r>
    </w:p>
    <w:p>
      <w:pPr>
        <w:spacing w:after="320" w:before="0" w:line="288" w:lineRule="auto"/>
        <w:ind w:left="1361" w:hanging="1361"/>
        <w:jc w:val="left"/>
      </w:pPr>
      <w:r>
        <w:rPr>
          <w:b w:val="0"/>
          <w:sz w:val="24"/>
        </w:rPr>
        <w:t>第1条(目的)　甲と乙は、20XX年○月○日に開催する○○イベント(以下「本イベント」という)を共同で開催する。</w:t>
      </w:r>
    </w:p>
    <w:p>
      <w:pPr>
        <w:spacing w:after="320" w:before="0" w:line="288" w:lineRule="auto"/>
        <w:ind w:left="1361" w:hanging="1361"/>
        <w:jc w:val="left"/>
      </w:pPr>
      <w:r>
        <w:rPr>
          <w:b w:val="0"/>
          <w:sz w:val="24"/>
        </w:rPr>
        <w:t>第2条(役割)　甲は会場の手配と当日の運営を、乙は広報と参加者の受付を担当する。</w:t>
      </w:r>
    </w:p>
    <w:p>
      <w:pPr>
        <w:spacing w:after="320" w:before="0" w:line="288" w:lineRule="auto"/>
        <w:ind w:left="1361" w:hanging="1361"/>
        <w:jc w:val="left"/>
      </w:pPr>
      <w:r>
        <w:rPr>
          <w:b w:val="0"/>
          <w:sz w:val="24"/>
        </w:rPr>
        <w:t>第3条(費用)　本イベントにかかる費用は、甲と乙が半分ずつ負担する。</w:t>
      </w:r>
    </w:p>
    <w:p>
      <w:pPr>
        <w:spacing w:after="320" w:before="0" w:line="288" w:lineRule="auto"/>
        <w:ind w:left="1361" w:hanging="1361"/>
        <w:jc w:val="left"/>
      </w:pPr>
      <w:r>
        <w:rPr>
          <w:b w:val="0"/>
          <w:sz w:val="24"/>
        </w:rPr>
        <w:t>第4条(収益)　参加費などの収益は、費用を差し引いたうえで、甲と乙で半分ずつ分ける。</w:t>
      </w:r>
    </w:p>
    <w:p>
      <w:pPr>
        <w:spacing w:after="320" w:before="0" w:line="288" w:lineRule="auto"/>
        <w:ind w:left="1361" w:hanging="1361"/>
        <w:jc w:val="left"/>
      </w:pPr>
      <w:r>
        <w:rPr>
          <w:b w:val="0"/>
          <w:sz w:val="24"/>
        </w:rPr>
        <w:t>第5条(協議)　本覚書に定めのないことや、解釈に疑問が生じたことは、甲乙が誠意をもって協議して決める。</w:t>
      </w:r>
    </w:p>
    <w:p>
      <w:pPr>
        <w:spacing w:after="200" w:before="200" w:line="288" w:lineRule="auto"/>
        <w:jc w:val="left"/>
      </w:pPr>
      <w:r>
        <w:rPr>
          <w:b w:val="0"/>
          <w:sz w:val="22"/>
        </w:rPr>
        <w:t xml:space="preserve">　本覚書の成立を証するため、本書を2通作成し、甲乙記名押印のうえ、各1通を保有する。</w:t>
      </w:r>
    </w:p>
    <w:p>
      <w:pPr>
        <w:spacing w:after="280" w:before="0" w:line="288" w:lineRule="auto"/>
        <w:jc w:val="left"/>
      </w:pPr>
      <w:r>
        <w:rPr>
          <w:b w:val="0"/>
          <w:sz w:val="24"/>
        </w:rPr>
        <w:t>20XX年○月○日</w:t>
      </w:r>
    </w:p>
    <w:p>
      <w:pPr>
        <w:spacing w:after="80" w:before="80" w:line="288" w:lineRule="auto"/>
        <w:jc w:val="left"/>
      </w:pPr>
      <w:r>
        <w:rPr>
          <w:b/>
          <w:sz w:val="22"/>
        </w:rPr>
        <w:t>(甲)</w:t>
      </w:r>
    </w:p>
    <w:p>
      <w:pPr>
        <w:spacing w:after="240" w:before="0" w:line="288" w:lineRule="auto"/>
        <w:jc w:val="left"/>
      </w:pPr>
      <w:r>
        <w:rPr>
          <w:b w:val="0"/>
          <w:sz w:val="24"/>
        </w:rPr>
        <w:t xml:space="preserve">住所　　　　　　　　　　　　　　　　　　　　　　　　　　　　</w:t>
      </w:r>
    </w:p>
    <w:p>
      <w:pPr>
        <w:spacing w:after="280" w:before="0" w:line="288" w:lineRule="auto"/>
        <w:jc w:val="left"/>
      </w:pPr>
      <w:r>
        <w:rPr>
          <w:b w:val="0"/>
          <w:sz w:val="24"/>
        </w:rPr>
        <w:t>氏名(会社名・代表者)　　　　　　　　　　　　　　　　　　印</w:t>
      </w:r>
    </w:p>
    <w:p>
      <w:pPr>
        <w:spacing w:after="80" w:before="80" w:line="288" w:lineRule="auto"/>
        <w:jc w:val="left"/>
      </w:pPr>
      <w:r>
        <w:rPr>
          <w:b/>
          <w:sz w:val="22"/>
        </w:rPr>
        <w:t>(乙)</w:t>
      </w:r>
    </w:p>
    <w:p>
      <w:pPr>
        <w:spacing w:after="240" w:before="0" w:line="288" w:lineRule="auto"/>
        <w:jc w:val="left"/>
      </w:pPr>
      <w:r>
        <w:rPr>
          <w:b w:val="0"/>
          <w:sz w:val="24"/>
        </w:rPr>
        <w:t xml:space="preserve">住所　　　　　　　　　　　　　　　　　　　　　　　　　　　　</w:t>
      </w:r>
    </w:p>
    <w:p>
      <w:pPr>
        <w:spacing w:after="280" w:before="0" w:line="288" w:lineRule="auto"/>
        <w:jc w:val="left"/>
      </w:pPr>
      <w:r>
        <w:rPr>
          <w:b w:val="0"/>
          <w:sz w:val="24"/>
        </w:rPr>
        <w:t>氏名(会社名・代表者)　　　　　　　　　　　　　　　　　　印</w:t>
      </w:r>
    </w:p>
    <w:sectPr w:rsidR="00FC693F" w:rsidRPr="0006063C" w:rsidSect="00034616">
      <w:pgSz w:w="11906" w:h="16838"/>
      <w:pgMar w:top="794" w:right="1247" w:bottom="68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