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line="300" w:lineRule="auto"/>
        <w:jc w:val="left"/>
      </w:pPr>
      <w:r>
        <w:rPr>
          <w:sz w:val="21"/>
        </w:rPr>
        <w:t>拝啓　○○の候　皆様にはますますご清祥のこととお慶び申し上げます</w:t>
      </w:r>
    </w:p>
    <w:p>
      <w:pPr>
        <w:spacing w:after="40" w:line="300" w:lineRule="auto"/>
        <w:jc w:val="left"/>
      </w:pPr>
      <w:r>
        <w:rPr>
          <w:sz w:val="21"/>
        </w:rPr>
        <w:t>さて　このたびは心のこもったお品をお贈りいただき　誠にありがとうございました</w:t>
      </w:r>
    </w:p>
    <w:p>
      <w:pPr>
        <w:spacing w:after="40" w:line="300" w:lineRule="auto"/>
        <w:jc w:val="left"/>
      </w:pPr>
      <w:r>
        <w:rPr>
          <w:sz w:val="21"/>
        </w:rPr>
        <w:t>お心遣いに　心より感謝申し上げます</w:t>
      </w:r>
    </w:p>
    <w:p>
      <w:pPr>
        <w:spacing w:after="40" w:line="300" w:lineRule="auto"/>
        <w:jc w:val="left"/>
      </w:pPr>
      <w:r>
        <w:rPr>
          <w:sz w:val="21"/>
        </w:rPr>
        <w:t>季節の変わり目ですので　どうぞご自愛ください</w:t>
      </w:r>
    </w:p>
    <w:p>
      <w:pPr>
        <w:spacing w:after="40" w:line="300" w:lineRule="auto"/>
        <w:jc w:val="left"/>
      </w:pPr>
      <w:r>
        <w:rPr>
          <w:sz w:val="21"/>
        </w:rPr>
        <w:t>まずは略儀ながら書中にてお礼申し上げます</w:t>
      </w:r>
    </w:p>
    <w:p>
      <w:pPr>
        <w:spacing w:after="160" w:line="300" w:lineRule="auto"/>
        <w:jc w:val="right"/>
      </w:pPr>
      <w:r>
        <w:rPr>
          <w:sz w:val="21"/>
        </w:rPr>
        <w:t>敬具</w:t>
      </w:r>
    </w:p>
    <w:p>
      <w:pPr>
        <w:spacing w:after="40" w:line="300" w:lineRule="auto"/>
        <w:ind w:left="340"/>
        <w:jc w:val="left"/>
      </w:pPr>
      <w:r>
        <w:rPr>
          <w:sz w:val="20"/>
        </w:rPr>
        <w:t>令和○年○月○日</w:t>
      </w:r>
    </w:p>
    <w:p>
      <w:pPr>
        <w:spacing w:after="0" w:line="300" w:lineRule="auto"/>
        <w:jc w:val="right"/>
      </w:pPr>
      <w:r>
        <w:rPr>
          <w:sz w:val="22"/>
        </w:rPr>
        <w:t>○○ ○○</w:t>
      </w:r>
    </w:p>
    <w:sectPr w:rsidR="00FC693F" w:rsidRPr="0006063C" w:rsidSect="00034616">
      <w:pgSz w:w="5669" w:h="8391"/>
      <w:pgMar w:top="680" w:right="567" w:bottom="567" w:left="567" w:header="720" w:footer="720" w:gutter="0"/>
      <w:cols w:space="720"/>
      <w:docGrid w:linePitch="360"/>
      <w:textDirection w:val="tbRl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游明朝" w:hAnsi="游明朝" w:eastAsia="游明朝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