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line="300" w:lineRule="auto"/>
        <w:jc w:val="left"/>
      </w:pPr>
      <w:r>
        <w:rPr>
          <w:sz w:val="21"/>
        </w:rPr>
        <w:t>拝啓　盛夏の候　皆様にはお元気でお過ごしのこととお喜び申し上げます</w:t>
      </w:r>
    </w:p>
    <w:p>
      <w:pPr>
        <w:spacing w:after="40" w:line="300" w:lineRule="auto"/>
        <w:jc w:val="left"/>
      </w:pPr>
      <w:r>
        <w:rPr>
          <w:sz w:val="21"/>
        </w:rPr>
        <w:t>さて　このたびは結構なお中元の品をお贈りいただき　誠にありがとうございました</w:t>
      </w:r>
    </w:p>
    <w:p>
      <w:pPr>
        <w:spacing w:after="40" w:line="300" w:lineRule="auto"/>
        <w:jc w:val="left"/>
      </w:pPr>
      <w:r>
        <w:rPr>
          <w:sz w:val="21"/>
        </w:rPr>
        <w:t>家族一同　ありがたく頂戴いたしました</w:t>
      </w:r>
    </w:p>
    <w:p>
      <w:pPr>
        <w:spacing w:after="40" w:line="300" w:lineRule="auto"/>
        <w:jc w:val="left"/>
      </w:pPr>
      <w:r>
        <w:rPr>
          <w:sz w:val="21"/>
        </w:rPr>
        <w:t>暑さ厳しき折　どうぞお体を大切にお過ごしください</w:t>
      </w:r>
    </w:p>
    <w:p>
      <w:pPr>
        <w:spacing w:after="40" w:line="300" w:lineRule="auto"/>
        <w:jc w:val="left"/>
      </w:pPr>
      <w:r>
        <w:rPr>
          <w:sz w:val="21"/>
        </w:rPr>
        <w:t>まずは略儀ながら書中にてお礼申し上げます</w:t>
      </w:r>
    </w:p>
    <w:p>
      <w:pPr>
        <w:spacing w:after="160" w:line="300" w:lineRule="auto"/>
        <w:jc w:val="right"/>
      </w:pPr>
      <w:r>
        <w:rPr>
          <w:sz w:val="21"/>
        </w:rPr>
        <w:t>敬具</w:t>
      </w:r>
    </w:p>
    <w:p>
      <w:pPr>
        <w:spacing w:after="40" w:line="300" w:lineRule="auto"/>
        <w:ind w:left="340"/>
        <w:jc w:val="left"/>
      </w:pPr>
      <w:r>
        <w:rPr>
          <w:sz w:val="20"/>
        </w:rPr>
        <w:t>令和○年○月○日</w:t>
      </w:r>
    </w:p>
    <w:p>
      <w:pPr>
        <w:spacing w:after="0" w:line="300" w:lineRule="auto"/>
        <w:jc w:val="right"/>
      </w:pPr>
      <w:r>
        <w:rPr>
          <w:sz w:val="22"/>
        </w:rPr>
        <w:t>○○ ○○</w:t>
      </w:r>
    </w:p>
    <w:sectPr w:rsidR="00FC693F" w:rsidRPr="0006063C" w:rsidSect="00034616">
      <w:pgSz w:w="5669" w:h="8391"/>
      <w:pgMar w:top="680" w:right="567" w:bottom="567" w:left="567" w:header="720" w:footer="720" w:gutter="0"/>
      <w:cols w:space="720"/>
      <w:docGrid w:linePitch="360"/>
      <w:textDirection w:val="tbRl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