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300" w:lineRule="auto"/>
        <w:jc w:val="left"/>
      </w:pPr>
      <w:r>
        <w:rPr>
          <w:sz w:val="21"/>
        </w:rPr>
        <w:t>拝啓　師走の候　皆様にはますますご清祥のこととお慶び申し上げます</w:t>
      </w:r>
    </w:p>
    <w:p>
      <w:pPr>
        <w:spacing w:after="40" w:line="300" w:lineRule="auto"/>
        <w:jc w:val="left"/>
      </w:pPr>
      <w:r>
        <w:rPr>
          <w:sz w:val="21"/>
        </w:rPr>
        <w:t>さて　このたびは結構なお歳暮の品をお贈りいただき　誠にありがとうございました</w:t>
      </w:r>
    </w:p>
    <w:p>
      <w:pPr>
        <w:spacing w:after="40" w:line="300" w:lineRule="auto"/>
        <w:jc w:val="left"/>
      </w:pPr>
      <w:r>
        <w:rPr>
          <w:sz w:val="21"/>
        </w:rPr>
        <w:t>いつもながらのお心遣いに　家族一同心より感謝しております</w:t>
      </w:r>
    </w:p>
    <w:p>
      <w:pPr>
        <w:spacing w:after="40" w:line="300" w:lineRule="auto"/>
        <w:jc w:val="left"/>
      </w:pPr>
      <w:r>
        <w:rPr>
          <w:sz w:val="21"/>
        </w:rPr>
        <w:t>寒さ厳しき折　どうぞご自愛くださいますようお祈り申し上げます</w:t>
      </w:r>
    </w:p>
    <w:p>
      <w:pPr>
        <w:spacing w:after="40" w:line="300" w:lineRule="auto"/>
        <w:jc w:val="left"/>
      </w:pPr>
      <w:r>
        <w:rPr>
          <w:sz w:val="21"/>
        </w:rPr>
        <w:t>まずは略儀ながら書中にてお礼申し上げます</w:t>
      </w:r>
    </w:p>
    <w:p>
      <w:pPr>
        <w:spacing w:after="160" w:line="300" w:lineRule="auto"/>
        <w:jc w:val="right"/>
      </w:pPr>
      <w:r>
        <w:rPr>
          <w:sz w:val="21"/>
        </w:rPr>
        <w:t>敬具</w:t>
      </w:r>
    </w:p>
    <w:p>
      <w:pPr>
        <w:spacing w:after="40" w:line="300" w:lineRule="auto"/>
        <w:ind w:left="340"/>
        <w:jc w:val="left"/>
      </w:pPr>
      <w:r>
        <w:rPr>
          <w:sz w:val="20"/>
        </w:rPr>
        <w:t>令和○年○月○日</w:t>
      </w:r>
    </w:p>
    <w:p>
      <w:pPr>
        <w:spacing w:after="0" w:line="300" w:lineRule="auto"/>
        <w:jc w:val="right"/>
      </w:pPr>
      <w:r>
        <w:rPr>
          <w:sz w:val="22"/>
        </w:rPr>
        <w:t>○○ ○○</w:t>
      </w:r>
    </w:p>
    <w:sectPr w:rsidR="00FC693F" w:rsidRPr="0006063C" w:rsidSect="00034616">
      <w:pgSz w:w="5669" w:h="8391"/>
      <w:pgMar w:top="680" w:right="567" w:bottom="567" w:left="56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