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2A988" w14:textId="77777777" w:rsidR="00B30B4B" w:rsidRDefault="00083D0E">
      <w:pPr>
        <w:spacing w:after="80"/>
        <w:jc w:val="center"/>
      </w:pPr>
      <w:r>
        <w:rPr>
          <w:b/>
          <w:color w:val="E0607E"/>
          <w:sz w:val="64"/>
        </w:rPr>
        <w:t>お品書き</w:t>
      </w:r>
    </w:p>
    <w:p w14:paraId="235E96F5" w14:textId="77777777" w:rsidR="00B30B4B" w:rsidRDefault="00083D0E">
      <w:pPr>
        <w:spacing w:after="40"/>
        <w:jc w:val="center"/>
      </w:pPr>
      <w:r>
        <w:rPr>
          <w:b/>
          <w:sz w:val="26"/>
        </w:rPr>
        <w:t>スペース</w:t>
      </w:r>
      <w:r>
        <w:rPr>
          <w:b/>
          <w:sz w:val="26"/>
        </w:rPr>
        <w:t xml:space="preserve"> ○-00</w:t>
      </w:r>
      <w:r>
        <w:rPr>
          <w:b/>
          <w:sz w:val="26"/>
        </w:rPr>
        <w:t xml:space="preserve">　サークル「</w:t>
      </w:r>
      <w:r>
        <w:rPr>
          <w:b/>
          <w:sz w:val="26"/>
        </w:rPr>
        <w:t>○○○○</w:t>
      </w:r>
      <w:r>
        <w:rPr>
          <w:b/>
          <w:sz w:val="26"/>
        </w:rPr>
        <w:t>」</w:t>
      </w:r>
    </w:p>
    <w:p w14:paraId="7ED1F297" w14:textId="77777777" w:rsidR="00B30B4B" w:rsidRDefault="00083D0E">
      <w:pPr>
        <w:spacing w:after="280"/>
        <w:jc w:val="center"/>
      </w:pPr>
      <w:r>
        <w:rPr>
          <w:sz w:val="21"/>
        </w:rPr>
        <w:t>20XX</w:t>
      </w:r>
      <w:r>
        <w:rPr>
          <w:sz w:val="21"/>
        </w:rPr>
        <w:t>年</w:t>
      </w:r>
      <w:r>
        <w:rPr>
          <w:sz w:val="21"/>
        </w:rPr>
        <w:t>○</w:t>
      </w:r>
      <w:r>
        <w:rPr>
          <w:sz w:val="21"/>
        </w:rPr>
        <w:t>月</w:t>
      </w:r>
      <w:r>
        <w:rPr>
          <w:sz w:val="21"/>
        </w:rPr>
        <w:t>○</w:t>
      </w:r>
      <w:r>
        <w:rPr>
          <w:sz w:val="21"/>
        </w:rPr>
        <w:t xml:space="preserve">日　</w:t>
      </w:r>
      <w:r>
        <w:rPr>
          <w:sz w:val="21"/>
        </w:rPr>
        <w:t>○○</w:t>
      </w:r>
      <w:r>
        <w:rPr>
          <w:sz w:val="21"/>
        </w:rPr>
        <w:t>イベント</w:t>
      </w:r>
    </w:p>
    <w:p w14:paraId="575496E5" w14:textId="77777777" w:rsidR="00B30B4B" w:rsidRDefault="00083D0E">
      <w:pPr>
        <w:spacing w:before="80" w:after="80"/>
      </w:pPr>
      <w:r>
        <w:rPr>
          <w:b/>
          <w:color w:val="E0607E"/>
          <w:sz w:val="30"/>
        </w:rPr>
        <w:t xml:space="preserve">★ </w:t>
      </w:r>
      <w:r>
        <w:rPr>
          <w:b/>
          <w:color w:val="E0607E"/>
          <w:sz w:val="30"/>
        </w:rPr>
        <w:t>新刊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690"/>
        <w:gridCol w:w="1701"/>
      </w:tblGrid>
      <w:tr w:rsidR="00B30B4B" w14:paraId="603494D2" w14:textId="77777777">
        <w:trPr>
          <w:jc w:val="center"/>
        </w:trPr>
        <w:tc>
          <w:tcPr>
            <w:tcW w:w="6690" w:type="dxa"/>
            <w:tcBorders>
              <w:bottom w:val="dotted" w:sz="6" w:space="0" w:color="8A8A8A"/>
            </w:tcBorders>
          </w:tcPr>
          <w:p w14:paraId="632DBBC3" w14:textId="77777777" w:rsidR="00B30B4B" w:rsidRDefault="00083D0E">
            <w:pPr>
              <w:spacing w:before="60" w:after="60"/>
            </w:pPr>
            <w:r>
              <w:rPr>
                <w:sz w:val="25"/>
              </w:rPr>
              <w:t>○○○○(A5</w:t>
            </w:r>
            <w:r>
              <w:rPr>
                <w:sz w:val="25"/>
              </w:rPr>
              <w:t>・</w:t>
            </w:r>
            <w:r>
              <w:rPr>
                <w:sz w:val="25"/>
              </w:rPr>
              <w:t>○○</w:t>
            </w:r>
            <w:r>
              <w:rPr>
                <w:sz w:val="25"/>
              </w:rPr>
              <w:t>ページ</w:t>
            </w:r>
            <w:r>
              <w:rPr>
                <w:sz w:val="25"/>
              </w:rPr>
              <w:t>)</w:t>
            </w:r>
          </w:p>
        </w:tc>
        <w:tc>
          <w:tcPr>
            <w:tcW w:w="1701" w:type="dxa"/>
            <w:tcBorders>
              <w:bottom w:val="dotted" w:sz="6" w:space="0" w:color="8A8A8A"/>
            </w:tcBorders>
          </w:tcPr>
          <w:p w14:paraId="6C89093F" w14:textId="77777777" w:rsidR="00B30B4B" w:rsidRDefault="00083D0E">
            <w:pPr>
              <w:spacing w:before="60" w:after="60"/>
              <w:jc w:val="right"/>
            </w:pPr>
            <w:r>
              <w:rPr>
                <w:sz w:val="25"/>
              </w:rPr>
              <w:t>500</w:t>
            </w:r>
            <w:r>
              <w:rPr>
                <w:sz w:val="25"/>
              </w:rPr>
              <w:t>円</w:t>
            </w:r>
          </w:p>
        </w:tc>
      </w:tr>
      <w:tr w:rsidR="00B30B4B" w14:paraId="445711E9" w14:textId="77777777">
        <w:trPr>
          <w:jc w:val="center"/>
        </w:trPr>
        <w:tc>
          <w:tcPr>
            <w:tcW w:w="6690" w:type="dxa"/>
            <w:tcBorders>
              <w:bottom w:val="dotted" w:sz="6" w:space="0" w:color="8A8A8A"/>
            </w:tcBorders>
          </w:tcPr>
          <w:p w14:paraId="5C3E1B86" w14:textId="77777777" w:rsidR="00B30B4B" w:rsidRDefault="00083D0E">
            <w:pPr>
              <w:spacing w:before="60" w:after="60"/>
            </w:pPr>
            <w:r>
              <w:rPr>
                <w:sz w:val="25"/>
              </w:rPr>
              <w:t xml:space="preserve">○○○○ </w:t>
            </w:r>
            <w:r>
              <w:rPr>
                <w:sz w:val="25"/>
              </w:rPr>
              <w:t>ペーパー</w:t>
            </w:r>
            <w:r>
              <w:rPr>
                <w:sz w:val="25"/>
              </w:rPr>
              <w:t>(</w:t>
            </w:r>
            <w:r>
              <w:rPr>
                <w:sz w:val="25"/>
              </w:rPr>
              <w:t>無料配布</w:t>
            </w:r>
            <w:r>
              <w:rPr>
                <w:sz w:val="25"/>
              </w:rPr>
              <w:t>)</w:t>
            </w:r>
          </w:p>
        </w:tc>
        <w:tc>
          <w:tcPr>
            <w:tcW w:w="1701" w:type="dxa"/>
            <w:tcBorders>
              <w:bottom w:val="dotted" w:sz="6" w:space="0" w:color="8A8A8A"/>
            </w:tcBorders>
          </w:tcPr>
          <w:p w14:paraId="55B2B859" w14:textId="77777777" w:rsidR="00B30B4B" w:rsidRDefault="00083D0E">
            <w:pPr>
              <w:spacing w:before="60" w:after="60"/>
              <w:jc w:val="right"/>
            </w:pPr>
            <w:r>
              <w:rPr>
                <w:sz w:val="25"/>
              </w:rPr>
              <w:t>0</w:t>
            </w:r>
            <w:r>
              <w:rPr>
                <w:sz w:val="25"/>
              </w:rPr>
              <w:t>円</w:t>
            </w:r>
          </w:p>
        </w:tc>
      </w:tr>
    </w:tbl>
    <w:p w14:paraId="5B5700D8" w14:textId="77777777" w:rsidR="00B30B4B" w:rsidRDefault="00083D0E">
      <w:pPr>
        <w:spacing w:before="280" w:after="80"/>
      </w:pPr>
      <w:r>
        <w:rPr>
          <w:b/>
          <w:color w:val="5E8FD0"/>
          <w:sz w:val="30"/>
        </w:rPr>
        <w:t xml:space="preserve">◆ </w:t>
      </w:r>
      <w:r>
        <w:rPr>
          <w:b/>
          <w:color w:val="5E8FD0"/>
          <w:sz w:val="30"/>
        </w:rPr>
        <w:t>既刊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690"/>
        <w:gridCol w:w="1701"/>
      </w:tblGrid>
      <w:tr w:rsidR="00B30B4B" w14:paraId="08D90C98" w14:textId="77777777">
        <w:trPr>
          <w:jc w:val="center"/>
        </w:trPr>
        <w:tc>
          <w:tcPr>
            <w:tcW w:w="6690" w:type="dxa"/>
            <w:tcBorders>
              <w:bottom w:val="dotted" w:sz="6" w:space="0" w:color="8A8A8A"/>
            </w:tcBorders>
          </w:tcPr>
          <w:p w14:paraId="33C83935" w14:textId="77777777" w:rsidR="00B30B4B" w:rsidRDefault="00083D0E">
            <w:pPr>
              <w:spacing w:before="60" w:after="60"/>
            </w:pPr>
            <w:r>
              <w:rPr>
                <w:sz w:val="25"/>
              </w:rPr>
              <w:t>○○○○ 1(A5</w:t>
            </w:r>
            <w:r>
              <w:rPr>
                <w:sz w:val="25"/>
              </w:rPr>
              <w:t>・</w:t>
            </w:r>
            <w:r>
              <w:rPr>
                <w:sz w:val="25"/>
              </w:rPr>
              <w:t>○○</w:t>
            </w:r>
            <w:r>
              <w:rPr>
                <w:sz w:val="25"/>
              </w:rPr>
              <w:t>ページ</w:t>
            </w:r>
            <w:r>
              <w:rPr>
                <w:sz w:val="25"/>
              </w:rPr>
              <w:t>)</w:t>
            </w:r>
          </w:p>
        </w:tc>
        <w:tc>
          <w:tcPr>
            <w:tcW w:w="1701" w:type="dxa"/>
            <w:tcBorders>
              <w:bottom w:val="dotted" w:sz="6" w:space="0" w:color="8A8A8A"/>
            </w:tcBorders>
          </w:tcPr>
          <w:p w14:paraId="23477ED2" w14:textId="77777777" w:rsidR="00B30B4B" w:rsidRDefault="00083D0E">
            <w:pPr>
              <w:spacing w:before="60" w:after="60"/>
              <w:jc w:val="right"/>
            </w:pPr>
            <w:r>
              <w:rPr>
                <w:sz w:val="25"/>
              </w:rPr>
              <w:t>400</w:t>
            </w:r>
            <w:r>
              <w:rPr>
                <w:sz w:val="25"/>
              </w:rPr>
              <w:t>円</w:t>
            </w:r>
          </w:p>
        </w:tc>
      </w:tr>
      <w:tr w:rsidR="00B30B4B" w14:paraId="108F3D06" w14:textId="77777777">
        <w:trPr>
          <w:jc w:val="center"/>
        </w:trPr>
        <w:tc>
          <w:tcPr>
            <w:tcW w:w="6690" w:type="dxa"/>
            <w:tcBorders>
              <w:bottom w:val="dotted" w:sz="6" w:space="0" w:color="8A8A8A"/>
            </w:tcBorders>
          </w:tcPr>
          <w:p w14:paraId="09C4CF94" w14:textId="77777777" w:rsidR="00B30B4B" w:rsidRDefault="00083D0E">
            <w:pPr>
              <w:spacing w:before="60" w:after="60"/>
            </w:pPr>
            <w:r>
              <w:rPr>
                <w:sz w:val="25"/>
              </w:rPr>
              <w:t>○○○○ 2(A5</w:t>
            </w:r>
            <w:r>
              <w:rPr>
                <w:sz w:val="25"/>
              </w:rPr>
              <w:t>・</w:t>
            </w:r>
            <w:r>
              <w:rPr>
                <w:sz w:val="25"/>
              </w:rPr>
              <w:t>○○</w:t>
            </w:r>
            <w:r>
              <w:rPr>
                <w:sz w:val="25"/>
              </w:rPr>
              <w:t>ページ</w:t>
            </w:r>
            <w:r>
              <w:rPr>
                <w:sz w:val="25"/>
              </w:rPr>
              <w:t>)</w:t>
            </w:r>
          </w:p>
        </w:tc>
        <w:tc>
          <w:tcPr>
            <w:tcW w:w="1701" w:type="dxa"/>
            <w:tcBorders>
              <w:bottom w:val="dotted" w:sz="6" w:space="0" w:color="8A8A8A"/>
            </w:tcBorders>
          </w:tcPr>
          <w:p w14:paraId="5E5C289F" w14:textId="77777777" w:rsidR="00B30B4B" w:rsidRDefault="00083D0E">
            <w:pPr>
              <w:spacing w:before="60" w:after="60"/>
              <w:jc w:val="right"/>
            </w:pPr>
            <w:r>
              <w:rPr>
                <w:sz w:val="25"/>
              </w:rPr>
              <w:t>400</w:t>
            </w:r>
            <w:r>
              <w:rPr>
                <w:sz w:val="25"/>
              </w:rPr>
              <w:t>円</w:t>
            </w:r>
          </w:p>
        </w:tc>
      </w:tr>
      <w:tr w:rsidR="00B30B4B" w14:paraId="374A9BAF" w14:textId="77777777">
        <w:trPr>
          <w:jc w:val="center"/>
        </w:trPr>
        <w:tc>
          <w:tcPr>
            <w:tcW w:w="6690" w:type="dxa"/>
            <w:tcBorders>
              <w:bottom w:val="dotted" w:sz="6" w:space="0" w:color="8A8A8A"/>
            </w:tcBorders>
          </w:tcPr>
          <w:p w14:paraId="6224B9D0" w14:textId="77777777" w:rsidR="00B30B4B" w:rsidRDefault="00083D0E">
            <w:pPr>
              <w:spacing w:before="60" w:after="60"/>
            </w:pPr>
            <w:r>
              <w:rPr>
                <w:sz w:val="25"/>
              </w:rPr>
              <w:t>既刊セット</w:t>
            </w:r>
            <w:r>
              <w:rPr>
                <w:sz w:val="25"/>
              </w:rPr>
              <w:t>(1</w:t>
            </w:r>
            <w:r>
              <w:rPr>
                <w:sz w:val="25"/>
              </w:rPr>
              <w:t>・</w:t>
            </w:r>
            <w:r>
              <w:rPr>
                <w:sz w:val="25"/>
              </w:rPr>
              <w:t>2)</w:t>
            </w:r>
          </w:p>
        </w:tc>
        <w:tc>
          <w:tcPr>
            <w:tcW w:w="1701" w:type="dxa"/>
            <w:tcBorders>
              <w:bottom w:val="dotted" w:sz="6" w:space="0" w:color="8A8A8A"/>
            </w:tcBorders>
          </w:tcPr>
          <w:p w14:paraId="35F947F7" w14:textId="77777777" w:rsidR="00B30B4B" w:rsidRDefault="00083D0E">
            <w:pPr>
              <w:spacing w:before="60" w:after="60"/>
              <w:jc w:val="right"/>
            </w:pPr>
            <w:r>
              <w:rPr>
                <w:sz w:val="25"/>
              </w:rPr>
              <w:t>700</w:t>
            </w:r>
            <w:r>
              <w:rPr>
                <w:sz w:val="25"/>
              </w:rPr>
              <w:t>円</w:t>
            </w:r>
          </w:p>
        </w:tc>
      </w:tr>
    </w:tbl>
    <w:p w14:paraId="444350F4" w14:textId="77777777" w:rsidR="00B30B4B" w:rsidRDefault="00083D0E">
      <w:pPr>
        <w:spacing w:before="280" w:after="80"/>
      </w:pPr>
      <w:r>
        <w:rPr>
          <w:b/>
          <w:color w:val="6DBE8B"/>
          <w:sz w:val="30"/>
        </w:rPr>
        <w:t xml:space="preserve">● </w:t>
      </w:r>
      <w:r>
        <w:rPr>
          <w:b/>
          <w:color w:val="6DBE8B"/>
          <w:sz w:val="30"/>
        </w:rPr>
        <w:t>グッズ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6690"/>
        <w:gridCol w:w="1701"/>
      </w:tblGrid>
      <w:tr w:rsidR="00B30B4B" w14:paraId="6549F86D" w14:textId="77777777">
        <w:trPr>
          <w:jc w:val="center"/>
        </w:trPr>
        <w:tc>
          <w:tcPr>
            <w:tcW w:w="6690" w:type="dxa"/>
            <w:tcBorders>
              <w:bottom w:val="dotted" w:sz="6" w:space="0" w:color="8A8A8A"/>
            </w:tcBorders>
          </w:tcPr>
          <w:p w14:paraId="65858C50" w14:textId="77777777" w:rsidR="00B30B4B" w:rsidRDefault="00083D0E">
            <w:pPr>
              <w:spacing w:before="60" w:after="60"/>
            </w:pPr>
            <w:r>
              <w:rPr>
                <w:sz w:val="25"/>
              </w:rPr>
              <w:t>アクリルキーホルダー</w:t>
            </w:r>
            <w:r>
              <w:rPr>
                <w:sz w:val="25"/>
              </w:rPr>
              <w:t>(</w:t>
            </w:r>
            <w:r>
              <w:rPr>
                <w:sz w:val="25"/>
              </w:rPr>
              <w:t>全</w:t>
            </w:r>
            <w:r>
              <w:rPr>
                <w:sz w:val="25"/>
              </w:rPr>
              <w:t>○</w:t>
            </w:r>
            <w:r>
              <w:rPr>
                <w:sz w:val="25"/>
              </w:rPr>
              <w:t>種</w:t>
            </w:r>
            <w:r>
              <w:rPr>
                <w:sz w:val="25"/>
              </w:rPr>
              <w:t>)</w:t>
            </w:r>
          </w:p>
        </w:tc>
        <w:tc>
          <w:tcPr>
            <w:tcW w:w="1701" w:type="dxa"/>
            <w:tcBorders>
              <w:bottom w:val="dotted" w:sz="6" w:space="0" w:color="8A8A8A"/>
            </w:tcBorders>
          </w:tcPr>
          <w:p w14:paraId="4F64B393" w14:textId="77777777" w:rsidR="00B30B4B" w:rsidRDefault="00083D0E">
            <w:pPr>
              <w:spacing w:before="60" w:after="60"/>
              <w:jc w:val="right"/>
            </w:pPr>
            <w:r>
              <w:rPr>
                <w:sz w:val="25"/>
              </w:rPr>
              <w:t>各</w:t>
            </w:r>
            <w:r>
              <w:rPr>
                <w:sz w:val="25"/>
              </w:rPr>
              <w:t>800</w:t>
            </w:r>
            <w:r>
              <w:rPr>
                <w:sz w:val="25"/>
              </w:rPr>
              <w:t>円</w:t>
            </w:r>
          </w:p>
        </w:tc>
      </w:tr>
      <w:tr w:rsidR="00B30B4B" w14:paraId="298CE09C" w14:textId="77777777">
        <w:trPr>
          <w:jc w:val="center"/>
        </w:trPr>
        <w:tc>
          <w:tcPr>
            <w:tcW w:w="6690" w:type="dxa"/>
            <w:tcBorders>
              <w:bottom w:val="dotted" w:sz="6" w:space="0" w:color="8A8A8A"/>
            </w:tcBorders>
          </w:tcPr>
          <w:p w14:paraId="61CC4842" w14:textId="77777777" w:rsidR="00B30B4B" w:rsidRDefault="00083D0E">
            <w:pPr>
              <w:spacing w:before="60" w:after="60"/>
            </w:pPr>
            <w:r>
              <w:rPr>
                <w:sz w:val="25"/>
              </w:rPr>
              <w:t>ステッカー</w:t>
            </w:r>
          </w:p>
        </w:tc>
        <w:tc>
          <w:tcPr>
            <w:tcW w:w="1701" w:type="dxa"/>
            <w:tcBorders>
              <w:bottom w:val="dotted" w:sz="6" w:space="0" w:color="8A8A8A"/>
            </w:tcBorders>
          </w:tcPr>
          <w:p w14:paraId="74FD03EF" w14:textId="77777777" w:rsidR="00B30B4B" w:rsidRDefault="00083D0E">
            <w:pPr>
              <w:spacing w:before="60" w:after="60"/>
              <w:jc w:val="right"/>
            </w:pPr>
            <w:r>
              <w:rPr>
                <w:sz w:val="25"/>
              </w:rPr>
              <w:t>200</w:t>
            </w:r>
            <w:r>
              <w:rPr>
                <w:sz w:val="25"/>
              </w:rPr>
              <w:t>円</w:t>
            </w:r>
          </w:p>
        </w:tc>
      </w:tr>
    </w:tbl>
    <w:p w14:paraId="1C919305" w14:textId="77777777" w:rsidR="00B30B4B" w:rsidRDefault="00B30B4B">
      <w:pPr>
        <w:spacing w:after="160"/>
        <w:jc w:val="center"/>
      </w:pPr>
    </w:p>
    <w:p w14:paraId="17C1F232" w14:textId="77777777" w:rsidR="00B30B4B" w:rsidRDefault="00083D0E">
      <w:pPr>
        <w:spacing w:after="60"/>
      </w:pPr>
      <w:r>
        <w:rPr>
          <w:sz w:val="21"/>
        </w:rPr>
        <w:t>・おつりが少なくなるよう、ご協力をお願いします。</w:t>
      </w:r>
    </w:p>
    <w:p w14:paraId="067537AB" w14:textId="77777777" w:rsidR="00B30B4B" w:rsidRDefault="00083D0E">
      <w:pPr>
        <w:spacing w:after="60"/>
      </w:pPr>
      <w:r>
        <w:rPr>
          <w:sz w:val="21"/>
        </w:rPr>
        <w:t>・お一人様</w:t>
      </w:r>
      <w:r>
        <w:rPr>
          <w:sz w:val="21"/>
        </w:rPr>
        <w:t>○</w:t>
      </w:r>
      <w:r>
        <w:rPr>
          <w:sz w:val="21"/>
        </w:rPr>
        <w:t>冊まで</w:t>
      </w:r>
      <w:r>
        <w:rPr>
          <w:sz w:val="21"/>
        </w:rPr>
        <w:t>(</w:t>
      </w:r>
      <w:r>
        <w:rPr>
          <w:sz w:val="21"/>
        </w:rPr>
        <w:t>数に限りがあります</w:t>
      </w:r>
      <w:r>
        <w:rPr>
          <w:sz w:val="21"/>
        </w:rPr>
        <w:t>)</w:t>
      </w:r>
      <w:r>
        <w:rPr>
          <w:sz w:val="21"/>
        </w:rPr>
        <w:t>。</w:t>
      </w:r>
    </w:p>
    <w:p w14:paraId="59E543E1" w14:textId="77777777" w:rsidR="00B30B4B" w:rsidRDefault="00083D0E">
      <w:pPr>
        <w:spacing w:after="60"/>
      </w:pPr>
      <w:r>
        <w:rPr>
          <w:sz w:val="21"/>
        </w:rPr>
        <w:t>・通販の予定</w:t>
      </w:r>
      <w:r>
        <w:rPr>
          <w:sz w:val="21"/>
        </w:rPr>
        <w:t>:○○</w:t>
      </w:r>
      <w:r>
        <w:rPr>
          <w:sz w:val="21"/>
        </w:rPr>
        <w:t>で受付予定です。</w:t>
      </w:r>
    </w:p>
    <w:sectPr w:rsidR="00B30B4B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74" w:right="1361" w:bottom="1247" w:left="1361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2CA57" w14:textId="77777777" w:rsidR="00083D0E" w:rsidRDefault="00083D0E" w:rsidP="007D520B">
      <w:pPr>
        <w:spacing w:line="240" w:lineRule="auto"/>
      </w:pPr>
      <w:r>
        <w:separator/>
      </w:r>
    </w:p>
  </w:endnote>
  <w:endnote w:type="continuationSeparator" w:id="0">
    <w:p w14:paraId="2AB45974" w14:textId="77777777" w:rsidR="00083D0E" w:rsidRDefault="00083D0E" w:rsidP="007D52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35037" w14:textId="77777777" w:rsidR="007D520B" w:rsidRDefault="007D520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58788" w14:textId="77777777" w:rsidR="007D520B" w:rsidRDefault="007D520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FDA00" w14:textId="77777777" w:rsidR="007D520B" w:rsidRDefault="007D520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8F087" w14:textId="77777777" w:rsidR="00083D0E" w:rsidRDefault="00083D0E" w:rsidP="007D520B">
      <w:pPr>
        <w:spacing w:line="240" w:lineRule="auto"/>
      </w:pPr>
      <w:r>
        <w:separator/>
      </w:r>
    </w:p>
  </w:footnote>
  <w:footnote w:type="continuationSeparator" w:id="0">
    <w:p w14:paraId="3D9CD6AD" w14:textId="77777777" w:rsidR="00083D0E" w:rsidRDefault="00083D0E" w:rsidP="007D52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3C7A9" w14:textId="77777777" w:rsidR="007D520B" w:rsidRDefault="007D520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E1F1F" w14:textId="21750DCF" w:rsidR="007D520B" w:rsidRDefault="007D520B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29F9485" wp14:editId="20359CA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effectExtent l="0" t="0" r="2540" b="0"/>
          <wp:wrapNone/>
          <wp:docPr id="1124576928" name="図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57692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9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936C" w14:textId="77777777" w:rsidR="007D520B" w:rsidRDefault="007D520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83167923">
    <w:abstractNumId w:val="8"/>
  </w:num>
  <w:num w:numId="2" w16cid:durableId="489324067">
    <w:abstractNumId w:val="6"/>
  </w:num>
  <w:num w:numId="3" w16cid:durableId="161163641">
    <w:abstractNumId w:val="5"/>
  </w:num>
  <w:num w:numId="4" w16cid:durableId="2107529979">
    <w:abstractNumId w:val="4"/>
  </w:num>
  <w:num w:numId="5" w16cid:durableId="1096291535">
    <w:abstractNumId w:val="7"/>
  </w:num>
  <w:num w:numId="6" w16cid:durableId="396515697">
    <w:abstractNumId w:val="3"/>
  </w:num>
  <w:num w:numId="7" w16cid:durableId="160659576">
    <w:abstractNumId w:val="2"/>
  </w:num>
  <w:num w:numId="8" w16cid:durableId="1587297880">
    <w:abstractNumId w:val="1"/>
  </w:num>
  <w:num w:numId="9" w16cid:durableId="1929145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D0E"/>
    <w:rsid w:val="0015074B"/>
    <w:rsid w:val="0029639D"/>
    <w:rsid w:val="00326F90"/>
    <w:rsid w:val="007D520B"/>
    <w:rsid w:val="00803839"/>
    <w:rsid w:val="00AA1D8D"/>
    <w:rsid w:val="00B30B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BA2E3C"/>
  <w14:defaultImageDpi w14:val="300"/>
  <w15:docId w15:val="{1E9992A7-6A1E-4514-A610-DBD36B3A7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游ゴシック" w:eastAsia="游ゴシック" w:hAnsi="游ゴシック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142</Characters>
  <Application>Microsoft Office Word</Application>
  <DocSecurity>0</DocSecurity>
  <Lines>28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も に</cp:lastModifiedBy>
  <cp:revision>2</cp:revision>
  <dcterms:created xsi:type="dcterms:W3CDTF">2013-12-23T23:15:00Z</dcterms:created>
  <dcterms:modified xsi:type="dcterms:W3CDTF">2026-10-24T00:45:00Z</dcterms:modified>
  <cp:category/>
</cp:coreProperties>
</file>