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63985" w14:textId="77777777" w:rsidR="00B871D3" w:rsidRDefault="00DE1C32">
      <w:pPr>
        <w:spacing w:line="1200" w:lineRule="exact"/>
      </w:pPr>
      <w:r>
        <w:rPr>
          <w:b/>
          <w:sz w:val="80"/>
        </w:rPr>
        <w:t>御品書</w:t>
      </w:r>
    </w:p>
    <w:p w14:paraId="11399BBB" w14:textId="77777777" w:rsidR="00B871D3" w:rsidRDefault="00DE1C32">
      <w:pPr>
        <w:spacing w:line="800" w:lineRule="exact"/>
      </w:pPr>
      <w:r>
        <w:rPr>
          <w:sz w:val="24"/>
        </w:rPr>
        <w:t xml:space="preserve">　</w:t>
      </w:r>
      <w:r>
        <w:rPr>
          <w:sz w:val="24"/>
        </w:rPr>
        <w:t>○○</w:t>
      </w:r>
      <w:r>
        <w:rPr>
          <w:sz w:val="24"/>
        </w:rPr>
        <w:t>家　還暦祝いの会　　二〇</w:t>
      </w:r>
      <w:r>
        <w:rPr>
          <w:sz w:val="24"/>
        </w:rPr>
        <w:t>XX</w:t>
      </w:r>
      <w:r>
        <w:rPr>
          <w:sz w:val="24"/>
        </w:rPr>
        <w:t>年</w:t>
      </w:r>
      <w:r>
        <w:rPr>
          <w:sz w:val="24"/>
        </w:rPr>
        <w:t>○</w:t>
      </w:r>
      <w:r>
        <w:rPr>
          <w:sz w:val="24"/>
        </w:rPr>
        <w:t>月</w:t>
      </w:r>
      <w:r>
        <w:rPr>
          <w:sz w:val="24"/>
        </w:rPr>
        <w:t>○</w:t>
      </w:r>
      <w:r>
        <w:rPr>
          <w:sz w:val="24"/>
        </w:rPr>
        <w:t>日</w:t>
      </w:r>
    </w:p>
    <w:p w14:paraId="6A180483" w14:textId="77777777" w:rsidR="00B871D3" w:rsidRDefault="00B871D3">
      <w:pPr>
        <w:spacing w:line="280" w:lineRule="exact"/>
      </w:pPr>
    </w:p>
    <w:p w14:paraId="3671FC8B" w14:textId="77777777" w:rsidR="00B871D3" w:rsidRDefault="00DE1C32">
      <w:pPr>
        <w:spacing w:line="680" w:lineRule="exact"/>
      </w:pPr>
      <w:r>
        <w:rPr>
          <w:sz w:val="33"/>
        </w:rPr>
        <w:t xml:space="preserve">　先付　　胡麻豆腐　山葵</w:t>
      </w:r>
    </w:p>
    <w:p w14:paraId="4DF22A00" w14:textId="77777777" w:rsidR="00B871D3" w:rsidRDefault="00DE1C32">
      <w:pPr>
        <w:spacing w:line="680" w:lineRule="exact"/>
      </w:pPr>
      <w:r>
        <w:rPr>
          <w:sz w:val="33"/>
        </w:rPr>
        <w:t xml:space="preserve">　前菜　　季節の盛り合わせ</w:t>
      </w:r>
    </w:p>
    <w:p w14:paraId="5E42231B" w14:textId="77777777" w:rsidR="00B871D3" w:rsidRDefault="00DE1C32">
      <w:pPr>
        <w:spacing w:line="680" w:lineRule="exact"/>
      </w:pPr>
      <w:r>
        <w:rPr>
          <w:sz w:val="33"/>
        </w:rPr>
        <w:t xml:space="preserve">　御造り　　本日の鮮魚　三種盛り</w:t>
      </w:r>
    </w:p>
    <w:p w14:paraId="2A49AC3C" w14:textId="77777777" w:rsidR="00B871D3" w:rsidRDefault="00DE1C32">
      <w:pPr>
        <w:spacing w:line="680" w:lineRule="exact"/>
      </w:pPr>
      <w:r>
        <w:rPr>
          <w:sz w:val="33"/>
        </w:rPr>
        <w:t xml:space="preserve">　焼物　　鰆の西京焼き</w:t>
      </w:r>
    </w:p>
    <w:p w14:paraId="67614313" w14:textId="77777777" w:rsidR="00B871D3" w:rsidRDefault="00DE1C32">
      <w:pPr>
        <w:spacing w:line="680" w:lineRule="exact"/>
      </w:pPr>
      <w:r>
        <w:rPr>
          <w:sz w:val="33"/>
        </w:rPr>
        <w:t xml:space="preserve">　煮物　　炊き合わせ</w:t>
      </w:r>
    </w:p>
    <w:p w14:paraId="19572278" w14:textId="77777777" w:rsidR="00B871D3" w:rsidRDefault="00DE1C32">
      <w:pPr>
        <w:spacing w:line="680" w:lineRule="exact"/>
      </w:pPr>
      <w:r>
        <w:rPr>
          <w:sz w:val="33"/>
        </w:rPr>
        <w:t xml:space="preserve">　揚物　　海老と季節野菜の天麩羅</w:t>
      </w:r>
    </w:p>
    <w:p w14:paraId="3ED22505" w14:textId="77777777" w:rsidR="00B871D3" w:rsidRDefault="00DE1C32">
      <w:pPr>
        <w:spacing w:line="680" w:lineRule="exact"/>
      </w:pPr>
      <w:r>
        <w:rPr>
          <w:sz w:val="33"/>
        </w:rPr>
        <w:t xml:space="preserve">　食事　　鯛めし　香の物　赤出汁</w:t>
      </w:r>
    </w:p>
    <w:p w14:paraId="1EE2F8FA" w14:textId="77777777" w:rsidR="00B871D3" w:rsidRDefault="00DE1C32">
      <w:pPr>
        <w:spacing w:line="680" w:lineRule="exact"/>
      </w:pPr>
      <w:r>
        <w:rPr>
          <w:sz w:val="33"/>
        </w:rPr>
        <w:t xml:space="preserve">　甘味　　抹茶のアイス　季節の果物</w:t>
      </w:r>
    </w:p>
    <w:p w14:paraId="04763F3A" w14:textId="77777777" w:rsidR="00B871D3" w:rsidRDefault="00B871D3">
      <w:pPr>
        <w:spacing w:line="160" w:lineRule="exact"/>
      </w:pPr>
    </w:p>
    <w:p w14:paraId="47645495" w14:textId="77777777" w:rsidR="00B871D3" w:rsidRDefault="00DE1C32">
      <w:pPr>
        <w:spacing w:line="480" w:lineRule="exact"/>
        <w:jc w:val="right"/>
      </w:pPr>
      <w:r>
        <w:t xml:space="preserve">料理長　</w:t>
      </w:r>
      <w:r>
        <w:t>○○</w:t>
      </w:r>
    </w:p>
    <w:sectPr w:rsidR="00B871D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87" w:right="1474" w:bottom="1587" w:left="1474" w:header="0" w:footer="720" w:gutter="0"/>
      <w:cols w:space="720"/>
      <w:textDirection w:val="tbRl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810B5" w14:textId="77777777" w:rsidR="00DE1C32" w:rsidRDefault="00DE1C32" w:rsidP="00DB59FA">
      <w:pPr>
        <w:spacing w:line="240" w:lineRule="auto"/>
      </w:pPr>
      <w:r>
        <w:separator/>
      </w:r>
    </w:p>
  </w:endnote>
  <w:endnote w:type="continuationSeparator" w:id="0">
    <w:p w14:paraId="00C3BF01" w14:textId="77777777" w:rsidR="00DE1C32" w:rsidRDefault="00DE1C32" w:rsidP="00DB59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B9048" w14:textId="77777777" w:rsidR="00DB59FA" w:rsidRDefault="00DB59F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FC50" w14:textId="77777777" w:rsidR="00DB59FA" w:rsidRDefault="00DB59F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E28A3" w14:textId="77777777" w:rsidR="00DB59FA" w:rsidRDefault="00DB59F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CCE9F" w14:textId="77777777" w:rsidR="00DE1C32" w:rsidRDefault="00DE1C32" w:rsidP="00DB59FA">
      <w:pPr>
        <w:spacing w:line="240" w:lineRule="auto"/>
      </w:pPr>
      <w:r>
        <w:separator/>
      </w:r>
    </w:p>
  </w:footnote>
  <w:footnote w:type="continuationSeparator" w:id="0">
    <w:p w14:paraId="331CDC07" w14:textId="77777777" w:rsidR="00DE1C32" w:rsidRDefault="00DE1C32" w:rsidP="00DB59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41951" w14:textId="77777777" w:rsidR="00DB59FA" w:rsidRDefault="00DB59F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FBB18" w14:textId="6DC4A577" w:rsidR="00DB59FA" w:rsidRDefault="00DB59FA">
    <w:pPr>
      <w:pStyle w:val="a5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0CB606" wp14:editId="62E29CD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2540" b="0"/>
          <wp:wrapNone/>
          <wp:docPr id="763948738" name="図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394873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33106" w14:textId="77777777" w:rsidR="00DB59FA" w:rsidRDefault="00DB59F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6141234">
    <w:abstractNumId w:val="8"/>
  </w:num>
  <w:num w:numId="2" w16cid:durableId="719133056">
    <w:abstractNumId w:val="6"/>
  </w:num>
  <w:num w:numId="3" w16cid:durableId="1219169903">
    <w:abstractNumId w:val="5"/>
  </w:num>
  <w:num w:numId="4" w16cid:durableId="711074185">
    <w:abstractNumId w:val="4"/>
  </w:num>
  <w:num w:numId="5" w16cid:durableId="9452867">
    <w:abstractNumId w:val="7"/>
  </w:num>
  <w:num w:numId="6" w16cid:durableId="1693451490">
    <w:abstractNumId w:val="3"/>
  </w:num>
  <w:num w:numId="7" w16cid:durableId="885264978">
    <w:abstractNumId w:val="2"/>
  </w:num>
  <w:num w:numId="8" w16cid:durableId="914781053">
    <w:abstractNumId w:val="1"/>
  </w:num>
  <w:num w:numId="9" w16cid:durableId="678197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03839"/>
    <w:rsid w:val="00AA1D8D"/>
    <w:rsid w:val="00B47730"/>
    <w:rsid w:val="00B871D3"/>
    <w:rsid w:val="00CB0664"/>
    <w:rsid w:val="00DB59FA"/>
    <w:rsid w:val="00DE1C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B1291D"/>
  <w14:defaultImageDpi w14:val="300"/>
  <w15:docId w15:val="{1E9992A7-6A1E-4514-A610-DBD36B3A7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游明朝" w:eastAsia="游明朝" w:hAnsi="游明朝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も に</cp:lastModifiedBy>
  <cp:revision>2</cp:revision>
  <dcterms:created xsi:type="dcterms:W3CDTF">2013-12-23T23:15:00Z</dcterms:created>
  <dcterms:modified xsi:type="dcterms:W3CDTF">2026-10-24T00:45:00Z</dcterms:modified>
  <cp:category/>
</cp:coreProperties>
</file>