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7A345" w14:textId="77777777" w:rsidR="00E44F5D" w:rsidRDefault="00856B92">
      <w:pPr>
        <w:spacing w:after="40"/>
        <w:jc w:val="center"/>
      </w:pPr>
      <w:r>
        <w:rPr>
          <w:b/>
          <w:sz w:val="60"/>
        </w:rPr>
        <w:t>お</w:t>
      </w:r>
      <w:r>
        <w:rPr>
          <w:b/>
          <w:sz w:val="60"/>
        </w:rPr>
        <w:t xml:space="preserve"> </w:t>
      </w:r>
      <w:r>
        <w:rPr>
          <w:b/>
          <w:sz w:val="60"/>
        </w:rPr>
        <w:t>品</w:t>
      </w:r>
      <w:r>
        <w:rPr>
          <w:b/>
          <w:sz w:val="60"/>
        </w:rPr>
        <w:t xml:space="preserve"> </w:t>
      </w:r>
      <w:r>
        <w:rPr>
          <w:b/>
          <w:sz w:val="60"/>
        </w:rPr>
        <w:t>書</w:t>
      </w:r>
      <w:r>
        <w:rPr>
          <w:b/>
          <w:sz w:val="60"/>
        </w:rPr>
        <w:t xml:space="preserve"> </w:t>
      </w:r>
      <w:r>
        <w:rPr>
          <w:b/>
          <w:sz w:val="60"/>
        </w:rPr>
        <w:t>き</w:t>
      </w:r>
    </w:p>
    <w:p w14:paraId="579F7D69" w14:textId="77777777" w:rsidR="00E44F5D" w:rsidRDefault="00856B92">
      <w:pPr>
        <w:spacing w:after="240"/>
        <w:jc w:val="center"/>
      </w:pPr>
      <w:r>
        <w:rPr>
          <w:color w:val="333F66"/>
          <w:sz w:val="21"/>
        </w:rPr>
        <w:t>旬の味を、ゆっくりと。</w:t>
      </w:r>
    </w:p>
    <w:p w14:paraId="1C9AFBD7" w14:textId="77777777" w:rsidR="00E44F5D" w:rsidRDefault="00856B92">
      <w:pPr>
        <w:spacing w:before="160" w:after="40"/>
        <w:jc w:val="center"/>
      </w:pPr>
      <w:r>
        <w:rPr>
          <w:b/>
          <w:color w:val="1F2F5C"/>
          <w:sz w:val="27"/>
        </w:rPr>
        <w:t xml:space="preserve">― </w:t>
      </w:r>
      <w:r>
        <w:rPr>
          <w:b/>
          <w:color w:val="1F2F5C"/>
          <w:sz w:val="27"/>
        </w:rPr>
        <w:t>お造り</w:t>
      </w:r>
      <w:r>
        <w:rPr>
          <w:b/>
          <w:color w:val="1F2F5C"/>
          <w:sz w:val="27"/>
        </w:rPr>
        <w:t xml:space="preserve"> ―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386"/>
        <w:gridCol w:w="1984"/>
      </w:tblGrid>
      <w:tr w:rsidR="00E44F5D" w14:paraId="6B97EE01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00BC20A8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本日の刺身盛り合わせ</w:t>
            </w:r>
            <w:r>
              <w:rPr>
                <w:sz w:val="23"/>
              </w:rPr>
              <w:t>(</w:t>
            </w:r>
            <w:r>
              <w:rPr>
                <w:sz w:val="23"/>
              </w:rPr>
              <w:t>三種</w:t>
            </w:r>
            <w:r>
              <w:rPr>
                <w:sz w:val="23"/>
              </w:rPr>
              <w:t>)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4C3D6D53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1,280</w:t>
            </w:r>
            <w:r>
              <w:rPr>
                <w:sz w:val="23"/>
              </w:rPr>
              <w:t>円</w:t>
            </w:r>
          </w:p>
        </w:tc>
      </w:tr>
      <w:tr w:rsidR="00E44F5D" w14:paraId="65C23161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3E929466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かつおのたたき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1853E699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880</w:t>
            </w:r>
            <w:r>
              <w:rPr>
                <w:sz w:val="23"/>
              </w:rPr>
              <w:t>円</w:t>
            </w:r>
          </w:p>
        </w:tc>
      </w:tr>
    </w:tbl>
    <w:p w14:paraId="65ED401C" w14:textId="77777777" w:rsidR="00E44F5D" w:rsidRDefault="00856B92">
      <w:pPr>
        <w:spacing w:before="160" w:after="40"/>
        <w:jc w:val="center"/>
      </w:pPr>
      <w:r>
        <w:rPr>
          <w:b/>
          <w:color w:val="1F2F5C"/>
          <w:sz w:val="27"/>
        </w:rPr>
        <w:t xml:space="preserve">― </w:t>
      </w:r>
      <w:r>
        <w:rPr>
          <w:b/>
          <w:color w:val="1F2F5C"/>
          <w:sz w:val="27"/>
        </w:rPr>
        <w:t>焼き物・揚げ物</w:t>
      </w:r>
      <w:r>
        <w:rPr>
          <w:b/>
          <w:color w:val="1F2F5C"/>
          <w:sz w:val="27"/>
        </w:rPr>
        <w:t xml:space="preserve"> ―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386"/>
        <w:gridCol w:w="1984"/>
      </w:tblGrid>
      <w:tr w:rsidR="00E44F5D" w14:paraId="73A5D761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59C16543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さばの塩焼き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6B56952D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780</w:t>
            </w:r>
            <w:r>
              <w:rPr>
                <w:sz w:val="23"/>
              </w:rPr>
              <w:t>円</w:t>
            </w:r>
          </w:p>
        </w:tc>
      </w:tr>
      <w:tr w:rsidR="00E44F5D" w14:paraId="01594EE9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3C44A424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鶏のから揚げ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3059D551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680</w:t>
            </w:r>
            <w:r>
              <w:rPr>
                <w:sz w:val="23"/>
              </w:rPr>
              <w:t>円</w:t>
            </w:r>
          </w:p>
        </w:tc>
      </w:tr>
      <w:tr w:rsidR="00E44F5D" w14:paraId="6C8104D3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5A34E2E3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季節野菜の天ぷら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39F0F8AE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780</w:t>
            </w:r>
            <w:r>
              <w:rPr>
                <w:sz w:val="23"/>
              </w:rPr>
              <w:t>円</w:t>
            </w:r>
          </w:p>
        </w:tc>
      </w:tr>
    </w:tbl>
    <w:p w14:paraId="2CA2F5C9" w14:textId="77777777" w:rsidR="00E44F5D" w:rsidRDefault="00856B92">
      <w:pPr>
        <w:spacing w:before="160" w:after="40"/>
        <w:jc w:val="center"/>
      </w:pPr>
      <w:r>
        <w:rPr>
          <w:b/>
          <w:color w:val="1F2F5C"/>
          <w:sz w:val="27"/>
        </w:rPr>
        <w:t xml:space="preserve">― </w:t>
      </w:r>
      <w:r>
        <w:rPr>
          <w:b/>
          <w:color w:val="1F2F5C"/>
          <w:sz w:val="27"/>
        </w:rPr>
        <w:t>一品料理</w:t>
      </w:r>
      <w:r>
        <w:rPr>
          <w:b/>
          <w:color w:val="1F2F5C"/>
          <w:sz w:val="27"/>
        </w:rPr>
        <w:t xml:space="preserve"> ―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386"/>
        <w:gridCol w:w="1984"/>
      </w:tblGrid>
      <w:tr w:rsidR="00E44F5D" w14:paraId="59358D19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02BBDF7D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だし巻き玉子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7C796C1D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580</w:t>
            </w:r>
            <w:r>
              <w:rPr>
                <w:sz w:val="23"/>
              </w:rPr>
              <w:t>円</w:t>
            </w:r>
          </w:p>
        </w:tc>
      </w:tr>
      <w:tr w:rsidR="00E44F5D" w14:paraId="523CD331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7672CC86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枝豆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2D1D25B8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380</w:t>
            </w:r>
            <w:r>
              <w:rPr>
                <w:sz w:val="23"/>
              </w:rPr>
              <w:t>円</w:t>
            </w:r>
          </w:p>
        </w:tc>
      </w:tr>
      <w:tr w:rsidR="00E44F5D" w14:paraId="1C0F6BA3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027EE65B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冷やっこ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5957E595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380</w:t>
            </w:r>
            <w:r>
              <w:rPr>
                <w:sz w:val="23"/>
              </w:rPr>
              <w:t>円</w:t>
            </w:r>
          </w:p>
        </w:tc>
      </w:tr>
    </w:tbl>
    <w:p w14:paraId="16A102EA" w14:textId="77777777" w:rsidR="00E44F5D" w:rsidRDefault="00856B92">
      <w:pPr>
        <w:spacing w:before="160" w:after="40"/>
        <w:jc w:val="center"/>
      </w:pPr>
      <w:r>
        <w:rPr>
          <w:b/>
          <w:color w:val="1F2F5C"/>
          <w:sz w:val="27"/>
        </w:rPr>
        <w:t xml:space="preserve">― </w:t>
      </w:r>
      <w:r>
        <w:rPr>
          <w:b/>
          <w:color w:val="1F2F5C"/>
          <w:sz w:val="27"/>
        </w:rPr>
        <w:t>お食事</w:t>
      </w:r>
      <w:r>
        <w:rPr>
          <w:b/>
          <w:color w:val="1F2F5C"/>
          <w:sz w:val="27"/>
        </w:rPr>
        <w:t xml:space="preserve"> ―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386"/>
        <w:gridCol w:w="1984"/>
      </w:tblGrid>
      <w:tr w:rsidR="00E44F5D" w14:paraId="27C8FAC7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39F9956A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鯛茶漬け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36E5C525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880</w:t>
            </w:r>
            <w:r>
              <w:rPr>
                <w:sz w:val="23"/>
              </w:rPr>
              <w:t>円</w:t>
            </w:r>
          </w:p>
        </w:tc>
      </w:tr>
      <w:tr w:rsidR="00E44F5D" w14:paraId="40BD172C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64497211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焼きおにぎり</w:t>
            </w:r>
            <w:r>
              <w:rPr>
                <w:sz w:val="23"/>
              </w:rPr>
              <w:t>(2</w:t>
            </w:r>
            <w:r>
              <w:rPr>
                <w:sz w:val="23"/>
              </w:rPr>
              <w:t>個</w:t>
            </w:r>
            <w:r>
              <w:rPr>
                <w:sz w:val="23"/>
              </w:rPr>
              <w:t>)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70A9E4D8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480</w:t>
            </w:r>
            <w:r>
              <w:rPr>
                <w:sz w:val="23"/>
              </w:rPr>
              <w:t>円</w:t>
            </w:r>
          </w:p>
        </w:tc>
      </w:tr>
    </w:tbl>
    <w:p w14:paraId="312ED19F" w14:textId="77777777" w:rsidR="00E44F5D" w:rsidRDefault="00856B92">
      <w:pPr>
        <w:spacing w:before="160" w:after="40"/>
        <w:jc w:val="center"/>
      </w:pPr>
      <w:r>
        <w:rPr>
          <w:b/>
          <w:color w:val="1F2F5C"/>
          <w:sz w:val="27"/>
        </w:rPr>
        <w:t xml:space="preserve">― </w:t>
      </w:r>
      <w:r>
        <w:rPr>
          <w:b/>
          <w:color w:val="1F2F5C"/>
          <w:sz w:val="27"/>
        </w:rPr>
        <w:t>お飲み物</w:t>
      </w:r>
      <w:r>
        <w:rPr>
          <w:b/>
          <w:color w:val="1F2F5C"/>
          <w:sz w:val="27"/>
        </w:rPr>
        <w:t xml:space="preserve"> ―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386"/>
        <w:gridCol w:w="1984"/>
      </w:tblGrid>
      <w:tr w:rsidR="00E44F5D" w14:paraId="651920C5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6C2C840C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生ビール</w:t>
            </w:r>
            <w:r>
              <w:rPr>
                <w:sz w:val="23"/>
              </w:rPr>
              <w:t>(</w:t>
            </w:r>
            <w:r>
              <w:rPr>
                <w:sz w:val="23"/>
              </w:rPr>
              <w:t>中</w:t>
            </w:r>
            <w:r>
              <w:rPr>
                <w:sz w:val="23"/>
              </w:rPr>
              <w:t>)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02D29E8C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580</w:t>
            </w:r>
            <w:r>
              <w:rPr>
                <w:sz w:val="23"/>
              </w:rPr>
              <w:t>円</w:t>
            </w:r>
          </w:p>
        </w:tc>
      </w:tr>
      <w:tr w:rsidR="00E44F5D" w14:paraId="595E4B3C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100B2374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日本酒</w:t>
            </w:r>
            <w:r>
              <w:rPr>
                <w:sz w:val="23"/>
              </w:rPr>
              <w:t>(</w:t>
            </w:r>
            <w:r>
              <w:rPr>
                <w:sz w:val="23"/>
              </w:rPr>
              <w:t>一合</w:t>
            </w:r>
            <w:r>
              <w:rPr>
                <w:sz w:val="23"/>
              </w:rPr>
              <w:t>)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165BC341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680</w:t>
            </w:r>
            <w:r>
              <w:rPr>
                <w:sz w:val="23"/>
              </w:rPr>
              <w:t>円〜</w:t>
            </w:r>
          </w:p>
        </w:tc>
      </w:tr>
      <w:tr w:rsidR="00E44F5D" w14:paraId="46D0C491" w14:textId="77777777">
        <w:trPr>
          <w:jc w:val="center"/>
        </w:trPr>
        <w:tc>
          <w:tcPr>
            <w:tcW w:w="5386" w:type="dxa"/>
            <w:tcBorders>
              <w:bottom w:val="dotted" w:sz="6" w:space="0" w:color="8A8A8A"/>
            </w:tcBorders>
          </w:tcPr>
          <w:p w14:paraId="11792699" w14:textId="77777777" w:rsidR="00E44F5D" w:rsidRDefault="00856B92">
            <w:pPr>
              <w:spacing w:before="60" w:after="60"/>
            </w:pPr>
            <w:r>
              <w:rPr>
                <w:sz w:val="23"/>
              </w:rPr>
              <w:t>ソフトドリンク</w:t>
            </w:r>
          </w:p>
        </w:tc>
        <w:tc>
          <w:tcPr>
            <w:tcW w:w="1984" w:type="dxa"/>
            <w:tcBorders>
              <w:bottom w:val="dotted" w:sz="6" w:space="0" w:color="8A8A8A"/>
            </w:tcBorders>
          </w:tcPr>
          <w:p w14:paraId="6FCA8156" w14:textId="77777777" w:rsidR="00E44F5D" w:rsidRDefault="00856B92">
            <w:pPr>
              <w:spacing w:before="60" w:after="60"/>
              <w:jc w:val="right"/>
            </w:pPr>
            <w:r>
              <w:rPr>
                <w:sz w:val="23"/>
              </w:rPr>
              <w:t>380</w:t>
            </w:r>
            <w:r>
              <w:rPr>
                <w:sz w:val="23"/>
              </w:rPr>
              <w:t>円</w:t>
            </w:r>
          </w:p>
        </w:tc>
      </w:tr>
    </w:tbl>
    <w:p w14:paraId="5211C01F" w14:textId="77777777" w:rsidR="00E44F5D" w:rsidRDefault="00856B92">
      <w:pPr>
        <w:spacing w:before="240"/>
        <w:jc w:val="center"/>
      </w:pPr>
      <w:r>
        <w:rPr>
          <w:color w:val="555555"/>
          <w:sz w:val="19"/>
        </w:rPr>
        <w:t>価格はすべて税込です。</w:t>
      </w:r>
    </w:p>
    <w:sectPr w:rsidR="00E44F5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28" w:right="1701" w:bottom="1361" w:left="170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9BB6E" w14:textId="77777777" w:rsidR="00856B92" w:rsidRDefault="00856B92" w:rsidP="00BA3660">
      <w:pPr>
        <w:spacing w:line="240" w:lineRule="auto"/>
      </w:pPr>
      <w:r>
        <w:separator/>
      </w:r>
    </w:p>
  </w:endnote>
  <w:endnote w:type="continuationSeparator" w:id="0">
    <w:p w14:paraId="65B55C42" w14:textId="77777777" w:rsidR="00856B92" w:rsidRDefault="00856B92" w:rsidP="00BA36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17B9C" w14:textId="77777777" w:rsidR="00BA3660" w:rsidRDefault="00BA366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8723" w14:textId="77777777" w:rsidR="00BA3660" w:rsidRDefault="00BA366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D601F" w14:textId="77777777" w:rsidR="00BA3660" w:rsidRDefault="00BA366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D4542" w14:textId="77777777" w:rsidR="00856B92" w:rsidRDefault="00856B92" w:rsidP="00BA3660">
      <w:pPr>
        <w:spacing w:line="240" w:lineRule="auto"/>
      </w:pPr>
      <w:r>
        <w:separator/>
      </w:r>
    </w:p>
  </w:footnote>
  <w:footnote w:type="continuationSeparator" w:id="0">
    <w:p w14:paraId="364356B7" w14:textId="77777777" w:rsidR="00856B92" w:rsidRDefault="00856B92" w:rsidP="00BA36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FD4C3" w14:textId="77777777" w:rsidR="00BA3660" w:rsidRDefault="00BA366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84156" w14:textId="1816196E" w:rsidR="00BA3660" w:rsidRDefault="00BA3660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2DA45F0" wp14:editId="4143F37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2540" b="0"/>
          <wp:wrapNone/>
          <wp:docPr id="1974456864" name="図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445686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C1BD6" w14:textId="77777777" w:rsidR="00BA3660" w:rsidRDefault="00BA366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0841309">
    <w:abstractNumId w:val="8"/>
  </w:num>
  <w:num w:numId="2" w16cid:durableId="770128980">
    <w:abstractNumId w:val="6"/>
  </w:num>
  <w:num w:numId="3" w16cid:durableId="1795712840">
    <w:abstractNumId w:val="5"/>
  </w:num>
  <w:num w:numId="4" w16cid:durableId="1266617510">
    <w:abstractNumId w:val="4"/>
  </w:num>
  <w:num w:numId="5" w16cid:durableId="459149513">
    <w:abstractNumId w:val="7"/>
  </w:num>
  <w:num w:numId="6" w16cid:durableId="1399860234">
    <w:abstractNumId w:val="3"/>
  </w:num>
  <w:num w:numId="7" w16cid:durableId="1842889570">
    <w:abstractNumId w:val="2"/>
  </w:num>
  <w:num w:numId="8" w16cid:durableId="647830272">
    <w:abstractNumId w:val="1"/>
  </w:num>
  <w:num w:numId="9" w16cid:durableId="1609195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3839"/>
    <w:rsid w:val="00856B92"/>
    <w:rsid w:val="00AA1D8D"/>
    <w:rsid w:val="00B47730"/>
    <w:rsid w:val="00BA3660"/>
    <w:rsid w:val="00CB0664"/>
    <w:rsid w:val="00E44F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3A90F7"/>
  <w14:defaultImageDpi w14:val="300"/>
  <w15:docId w15:val="{1E9992A7-6A1E-4514-A610-DBD36B3A7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游明朝" w:eastAsia="游明朝" w:hAnsi="游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132</Characters>
  <Application>Microsoft Office Word</Application>
  <DocSecurity>0</DocSecurity>
  <Lines>16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も に</cp:lastModifiedBy>
  <cp:revision>2</cp:revision>
  <dcterms:created xsi:type="dcterms:W3CDTF">2013-12-23T23:15:00Z</dcterms:created>
  <dcterms:modified xsi:type="dcterms:W3CDTF">2026-10-24T00:45:00Z</dcterms:modified>
  <cp:category/>
</cp:coreProperties>
</file>