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 w:before="0"/>
        <w:jc w:val="left"/>
      </w:pPr>
      <w:r>
        <w:rPr>
          <w:b w:val="0"/>
          <w:sz w:val="20"/>
        </w:rPr>
      </w:r>
    </w:p>
    <w:p>
      <w:pPr>
        <w:spacing w:after="0" w:before="0"/>
        <w:jc w:val="center"/>
        <w:shd w:val="clear" w:color="auto" w:fill="1F6F78"/>
      </w:pPr>
      <w:r>
        <w:rPr>
          <w:b/>
          <w:color w:val="FFFFFF"/>
          <w:sz w:val="68"/>
        </w:rPr>
        <w:t>営業時間変更のお知らせ</w:t>
      </w:r>
    </w:p>
    <w:p>
      <w:pPr>
        <w:spacing w:after="480" w:before="0"/>
        <w:jc w:val="left"/>
      </w:pPr>
      <w:r>
        <w:rPr>
          <w:b w:val="0"/>
          <w:sz w:val="20"/>
        </w:rPr>
      </w:r>
    </w:p>
    <w:p>
      <w:pPr>
        <w:spacing w:after="120" w:before="0"/>
        <w:jc w:val="center"/>
      </w:pPr>
      <w:r>
        <w:rPr>
          <w:b w:val="0"/>
          <w:sz w:val="36"/>
        </w:rPr>
        <w:t>20XX年○月○日(○)より、営業時間を</w:t>
      </w:r>
    </w:p>
    <w:p>
      <w:pPr>
        <w:spacing w:after="480" w:before="0"/>
        <w:jc w:val="center"/>
      </w:pPr>
      <w:r>
        <w:rPr>
          <w:b w:val="0"/>
          <w:sz w:val="36"/>
        </w:rPr>
        <w:t>下記のとおり変更いたします。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rHeight w:val="1020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32"/>
              </w:rPr>
            </w:r>
          </w:p>
        </w:tc>
        <w:tc>
          <w:tcPr>
            <w:tcW w:type="dxa" w:w="311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32"/>
              </w:rPr>
              <w:t>変更前</w:t>
            </w:r>
          </w:p>
        </w:tc>
        <w:tc>
          <w:tcPr>
            <w:tcW w:type="dxa" w:w="311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32"/>
              </w:rPr>
              <w:t>変更後</w:t>
            </w:r>
          </w:p>
        </w:tc>
      </w:tr>
      <w:tr>
        <w:trPr>
          <w:trHeight w:val="1020" w:hRule="atLeast"/>
        </w:trPr>
        <w:tc>
          <w:tcPr>
            <w:tcW w:type="dxa" w:w="2268"/>
          </w:tcPr>
          <w:p>
            <w:pPr>
              <w:jc w:val="center"/>
            </w:pPr>
            <w:r/>
            <w:r>
              <w:rPr>
                <w:b w:val="0"/>
                <w:sz w:val="40"/>
              </w:rPr>
              <w:t>平日</w:t>
            </w:r>
          </w:p>
        </w:tc>
        <w:tc>
          <w:tcPr>
            <w:tcW w:type="dxa" w:w="3118"/>
          </w:tcPr>
          <w:p>
            <w:pPr>
              <w:jc w:val="center"/>
            </w:pPr>
            <w:r/>
            <w:r>
              <w:rPr>
                <w:b w:val="0"/>
                <w:sz w:val="40"/>
              </w:rPr>
              <w:t>10:00〜20:00</w:t>
            </w:r>
          </w:p>
        </w:tc>
        <w:tc>
          <w:tcPr>
            <w:tcW w:type="dxa" w:w="3118"/>
          </w:tcPr>
          <w:p>
            <w:pPr>
              <w:jc w:val="center"/>
            </w:pPr>
            <w:r/>
            <w:r>
              <w:rPr>
                <w:b/>
                <w:sz w:val="40"/>
              </w:rPr>
              <w:t>10:00〜19:00</w:t>
            </w:r>
          </w:p>
        </w:tc>
      </w:tr>
      <w:tr>
        <w:trPr>
          <w:trHeight w:val="1020" w:hRule="atLeast"/>
        </w:trPr>
        <w:tc>
          <w:tcPr>
            <w:tcW w:type="dxa" w:w="2268"/>
          </w:tcPr>
          <w:p>
            <w:pPr>
              <w:jc w:val="center"/>
            </w:pPr>
            <w:r/>
            <w:r>
              <w:rPr>
                <w:b w:val="0"/>
                <w:sz w:val="40"/>
              </w:rPr>
              <w:t>土日・祝日</w:t>
            </w:r>
          </w:p>
        </w:tc>
        <w:tc>
          <w:tcPr>
            <w:tcW w:type="dxa" w:w="3118"/>
          </w:tcPr>
          <w:p>
            <w:pPr>
              <w:jc w:val="center"/>
            </w:pPr>
            <w:r/>
            <w:r>
              <w:rPr>
                <w:b w:val="0"/>
                <w:sz w:val="40"/>
              </w:rPr>
              <w:t>10:00〜19:00</w:t>
            </w:r>
          </w:p>
        </w:tc>
        <w:tc>
          <w:tcPr>
            <w:tcW w:type="dxa" w:w="3118"/>
          </w:tcPr>
          <w:p>
            <w:pPr>
              <w:jc w:val="center"/>
            </w:pPr>
            <w:r/>
            <w:r>
              <w:rPr>
                <w:b/>
                <w:sz w:val="40"/>
              </w:rPr>
              <w:t>10:00〜18:00</w:t>
            </w:r>
          </w:p>
        </w:tc>
      </w:tr>
    </w:tbl>
    <w:p>
      <w:pPr>
        <w:spacing w:after="320" w:before="0"/>
        <w:jc w:val="left"/>
      </w:pPr>
      <w:r>
        <w:rPr>
          <w:b w:val="0"/>
          <w:sz w:val="20"/>
        </w:rPr>
      </w:r>
    </w:p>
    <w:p>
      <w:pPr>
        <w:spacing w:after="600" w:before="0"/>
        <w:jc w:val="center"/>
      </w:pPr>
      <w:r>
        <w:rPr>
          <w:b w:val="0"/>
          <w:sz w:val="32"/>
        </w:rPr>
        <w:t>定休日:毎週水曜日(変更はありません)</w:t>
      </w:r>
    </w:p>
    <w:p>
      <w:pPr>
        <w:spacing w:after="80" w:before="0"/>
        <w:jc w:val="center"/>
      </w:pPr>
      <w:r>
        <w:rPr>
          <w:b w:val="0"/>
          <w:sz w:val="32"/>
        </w:rPr>
        <w:t>ご不便をおかけいたしますが、</w:t>
      </w:r>
    </w:p>
    <w:p>
      <w:pPr>
        <w:spacing w:after="800" w:before="0"/>
        <w:jc w:val="center"/>
      </w:pPr>
      <w:r>
        <w:rPr>
          <w:b w:val="0"/>
          <w:sz w:val="32"/>
        </w:rPr>
        <w:t>今後ともどうぞよろしくお願いいたします。</w:t>
      </w:r>
    </w:p>
    <w:p>
      <w:pPr>
        <w:spacing w:after="0" w:before="0"/>
        <w:jc w:val="right"/>
      </w:pPr>
      <w:r>
        <w:rPr>
          <w:b w:val="0"/>
          <w:sz w:val="32"/>
        </w:rPr>
        <w:t>○○○○(店名)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