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 w:before="0"/>
        <w:jc w:val="left"/>
      </w:pPr>
      <w:r>
        <w:rPr>
          <w:b w:val="0"/>
          <w:sz w:val="20"/>
        </w:rPr>
      </w:r>
    </w:p>
    <w:p>
      <w:pPr>
        <w:spacing w:after="0" w:before="0"/>
        <w:jc w:val="center"/>
        <w:shd w:val="clear" w:color="auto" w:fill="1F6F78"/>
      </w:pPr>
      <w:r>
        <w:rPr>
          <w:b/>
          <w:color w:val="FFFFFF"/>
          <w:sz w:val="80"/>
        </w:rPr>
        <w:t>臨時休業のお知らせ</w:t>
      </w:r>
    </w:p>
    <w:p>
      <w:pPr>
        <w:spacing w:after="480" w:before="0"/>
        <w:jc w:val="left"/>
      </w:pPr>
      <w:r>
        <w:rPr>
          <w:b w:val="0"/>
          <w:sz w:val="20"/>
        </w:rPr>
      </w:r>
    </w:p>
    <w:p>
      <w:pPr>
        <w:spacing w:after="120" w:before="0"/>
        <w:jc w:val="center"/>
      </w:pPr>
      <w:r>
        <w:rPr>
          <w:b w:val="0"/>
          <w:sz w:val="40"/>
        </w:rPr>
        <w:t>誠に勝手ながら、下記の日程を</w:t>
      </w:r>
    </w:p>
    <w:p>
      <w:pPr>
        <w:spacing w:after="600" w:before="0"/>
        <w:jc w:val="center"/>
      </w:pPr>
      <w:r>
        <w:rPr>
          <w:b w:val="0"/>
          <w:sz w:val="40"/>
        </w:rPr>
        <w:t>臨時休業とさせていただきます。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3969" w:hRule="atLeast"/>
        </w:trPr>
        <w:tc>
          <w:tcPr>
            <w:tcW w:type="dxa" w:w="8504"/>
            <w:vAlign w:val="center"/>
          </w:tcPr>
          <w:p>
            <w:pPr>
              <w:jc w:val="center"/>
            </w:pPr>
            <w:r/>
            <w:r>
              <w:rPr>
                <w:b/>
                <w:sz w:val="36"/>
              </w:rPr>
              <w:t>休業日</w:t>
            </w:r>
          </w:p>
          <w:p>
            <w:pPr>
              <w:jc w:val="center"/>
            </w:pPr>
            <w:r>
              <w:rPr>
                <w:b/>
                <w:sz w:val="68"/>
              </w:rPr>
              <w:t>20XX年○月○日(○)</w:t>
            </w:r>
          </w:p>
          <w:p>
            <w:pPr>
              <w:jc w:val="center"/>
            </w:pPr>
            <w:r>
              <w:rPr>
                <w:sz w:val="32"/>
              </w:rPr>
              <w:t>○月○日(○)より通常どおり営業いたします</w:t>
            </w:r>
          </w:p>
        </w:tc>
      </w:tr>
    </w:tbl>
    <w:p>
      <w:pPr>
        <w:spacing w:after="600" w:before="0"/>
        <w:jc w:val="left"/>
      </w:pPr>
      <w:r>
        <w:rPr>
          <w:b w:val="0"/>
          <w:sz w:val="20"/>
        </w:rPr>
      </w:r>
    </w:p>
    <w:p>
      <w:pPr>
        <w:spacing w:after="80" w:before="0"/>
        <w:jc w:val="center"/>
      </w:pPr>
      <w:r>
        <w:rPr>
          <w:b w:val="0"/>
          <w:sz w:val="32"/>
        </w:rPr>
        <w:t>お客様には大変ご迷惑をおかけいたしますが、</w:t>
      </w:r>
    </w:p>
    <w:p>
      <w:pPr>
        <w:spacing w:after="800" w:before="0"/>
        <w:jc w:val="center"/>
      </w:pPr>
      <w:r>
        <w:rPr>
          <w:b w:val="0"/>
          <w:sz w:val="32"/>
        </w:rPr>
        <w:t>何卒ご理解のほど、よろしくお願い申し上げます。</w:t>
      </w:r>
    </w:p>
    <w:p>
      <w:pPr>
        <w:spacing w:after="0" w:before="0"/>
        <w:jc w:val="right"/>
      </w:pPr>
      <w:r>
        <w:rPr>
          <w:b w:val="0"/>
          <w:sz w:val="32"/>
        </w:rPr>
        <w:t>○○○○(店名)　店主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