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right"/>
      </w:pPr>
      <w:r>
        <w:rPr>
          <w:b w:val="0"/>
          <w:sz w:val="21"/>
        </w:rPr>
        <w:t>20XX年○月○日</w:t>
      </w:r>
    </w:p>
    <w:p>
      <w:pPr>
        <w:spacing w:after="40" w:before="0"/>
        <w:jc w:val="left"/>
      </w:pPr>
      <w:r>
        <w:rPr>
          <w:b w:val="0"/>
          <w:sz w:val="21"/>
        </w:rPr>
        <w:t>社員各位</w:t>
      </w:r>
    </w:p>
    <w:p>
      <w:pPr>
        <w:spacing w:after="280" w:before="0"/>
        <w:jc w:val="right"/>
      </w:pPr>
      <w:r>
        <w:rPr>
          <w:b w:val="0"/>
          <w:sz w:val="21"/>
        </w:rPr>
        <w:t>総務部</w:t>
      </w:r>
    </w:p>
    <w:p>
      <w:pPr>
        <w:spacing w:after="280" w:before="0"/>
        <w:jc w:val="center"/>
      </w:pPr>
      <w:r>
        <w:rPr>
          <w:b/>
          <w:sz w:val="32"/>
        </w:rPr>
        <w:t>健康診断の実施についてのお知らせ</w:t>
      </w:r>
    </w:p>
    <w:p>
      <w:pPr>
        <w:spacing w:after="200" w:before="0"/>
        <w:jc w:val="left"/>
      </w:pPr>
      <w:r>
        <w:rPr>
          <w:b w:val="0"/>
          <w:sz w:val="21"/>
        </w:rPr>
        <w:t xml:space="preserve">　今年度の定期健康診断を、下記のとおり実施します。業務の都合をつけて、必ず受診してください。</w:t>
      </w:r>
    </w:p>
    <w:p>
      <w:pPr>
        <w:spacing w:after="160" w:before="0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20XX年○月○日(○)・○日(○)　9:00〜12:00(どちらか1日)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本社 3階 会議室A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対象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全社員(パート・アルバイトで週30時間以上勤務の方を含む)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持ち物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健康保険証、問診票(事前に配布)、検尿容器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申込み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○月○日(○)までに、希望日を総務部 ○○へメールで連絡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注意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前日の21時以降は食事をとらないでください(水は可)</w:t>
            </w:r>
          </w:p>
        </w:tc>
      </w:tr>
    </w:tbl>
    <w:p>
      <w:pPr>
        <w:spacing w:after="200" w:before="200"/>
        <w:jc w:val="right"/>
      </w:pPr>
      <w:r>
        <w:rPr>
          <w:b w:val="0"/>
          <w:sz w:val="21"/>
        </w:rPr>
        <w:t>以上</w:t>
      </w:r>
    </w:p>
    <w:p>
      <w:pPr>
        <w:spacing w:after="0" w:before="0"/>
        <w:jc w:val="right"/>
      </w:pPr>
      <w:r>
        <w:rPr>
          <w:b w:val="0"/>
          <w:sz w:val="20"/>
        </w:rPr>
        <w:t>問い合わせ先:総務部 ○○(内線 ○○○)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