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before="0"/>
        <w:jc w:val="right"/>
      </w:pPr>
      <w:r>
        <w:rPr>
          <w:b w:val="0"/>
          <w:sz w:val="21"/>
        </w:rPr>
        <w:t>20XX年○月○日</w:t>
      </w:r>
    </w:p>
    <w:p>
      <w:pPr>
        <w:spacing w:after="160" w:before="0"/>
        <w:jc w:val="left"/>
      </w:pPr>
      <w:r>
        <w:rPr>
          <w:b w:val="0"/>
          <w:sz w:val="22"/>
        </w:rPr>
        <w:t>○○ ○○ 様</w:t>
      </w:r>
    </w:p>
    <w:p>
      <w:pPr>
        <w:spacing w:after="360" w:before="0"/>
        <w:jc w:val="right"/>
      </w:pPr>
      <w:r>
        <w:rPr>
          <w:b w:val="0"/>
          <w:sz w:val="21"/>
        </w:rPr>
        <w:t>株式会社○○○○</w:t>
        <w:br/>
        <w:t>お客様相談室　室長 ○○ ○○</w:t>
      </w:r>
    </w:p>
    <w:p>
      <w:pPr>
        <w:spacing w:after="320" w:before="0"/>
        <w:jc w:val="center"/>
      </w:pPr>
      <w:r>
        <w:rPr>
          <w:b/>
          <w:sz w:val="32"/>
        </w:rPr>
        <w:t>商品不良のお詫び</w:t>
      </w:r>
    </w:p>
    <w:p>
      <w:pPr>
        <w:spacing w:after="120" w:before="0" w:line="384" w:lineRule="auto"/>
        <w:jc w:val="left"/>
      </w:pPr>
      <w:r>
        <w:rPr>
          <w:b w:val="0"/>
          <w:sz w:val="21"/>
        </w:rPr>
        <w:t>拝啓　平素より弊社製品をご愛用いただき、誠にありがとうございます。</w:t>
      </w:r>
    </w:p>
    <w:p>
      <w:pPr>
        <w:spacing w:after="120" w:before="0" w:line="384" w:lineRule="auto"/>
        <w:jc w:val="left"/>
      </w:pPr>
      <w:r>
        <w:rPr>
          <w:b w:val="0"/>
          <w:sz w:val="21"/>
        </w:rPr>
        <w:t xml:space="preserve">　このたびは、お買い上げいただきました「○○○○」に不良があり、多大なるご迷惑とご不快の念をおかけいたしましたこと、心より深くお詫び申し上げます。</w:t>
      </w:r>
    </w:p>
    <w:p>
      <w:pPr>
        <w:spacing w:after="120" w:before="0" w:line="384" w:lineRule="auto"/>
        <w:jc w:val="left"/>
      </w:pPr>
      <w:r>
        <w:rPr>
          <w:b w:val="0"/>
          <w:sz w:val="21"/>
        </w:rPr>
        <w:t xml:space="preserve">　お送りいただいた商品を調べましたところ、製造の工程で部品の取り付けに不具合があったことがわかりました。現在、同じ不具合が起きないよう、検査の方法を見直し、確認を徹底しております。</w:t>
      </w:r>
    </w:p>
    <w:p>
      <w:pPr>
        <w:spacing w:after="120" w:before="0" w:line="384" w:lineRule="auto"/>
        <w:jc w:val="left"/>
      </w:pPr>
      <w:r>
        <w:rPr>
          <w:b w:val="0"/>
          <w:sz w:val="21"/>
        </w:rPr>
        <w:t xml:space="preserve">　つきましては、代わりの商品を本日発送いたしました。お手元に届きましたら、ご確認いただけますと幸いです。また、ご不便をおかけしたお詫びのしるしとして、心ばかりの品を同封させていただきました。</w:t>
      </w:r>
    </w:p>
    <w:p>
      <w:pPr>
        <w:spacing w:after="120" w:before="0" w:line="384" w:lineRule="auto"/>
        <w:jc w:val="left"/>
      </w:pPr>
      <w:r>
        <w:rPr>
          <w:b w:val="0"/>
          <w:sz w:val="21"/>
        </w:rPr>
        <w:t xml:space="preserve">　今後はこのようなことのないよう、品質の管理に一層努めてまいります。今後とも変わらぬご愛顧を賜りますよう、お願い申し上げます。</w:t>
      </w:r>
    </w:p>
    <w:p>
      <w:pPr>
        <w:spacing w:after="200" w:before="0"/>
        <w:jc w:val="right"/>
      </w:pPr>
      <w:r>
        <w:rPr>
          <w:b w:val="0"/>
          <w:sz w:val="21"/>
        </w:rPr>
        <w:t>敬具</w:t>
      </w:r>
    </w:p>
    <w:p>
      <w:pPr>
        <w:spacing w:after="120" w:before="0"/>
        <w:jc w:val="center"/>
      </w:pPr>
      <w:r>
        <w:rPr>
          <w:b w:val="0"/>
          <w:sz w:val="21"/>
        </w:rPr>
        <w:t>記</w:t>
      </w:r>
    </w:p>
    <w:p>
      <w:pPr>
        <w:spacing w:after="60" w:before="0"/>
        <w:jc w:val="left"/>
      </w:pPr>
      <w:r>
        <w:rPr>
          <w:b w:val="0"/>
          <w:sz w:val="21"/>
        </w:rPr>
        <w:t>1. 代わりの商品　○○○○ 1点(20XX年○月○日 発送)</w:t>
      </w:r>
    </w:p>
    <w:p>
      <w:pPr>
        <w:spacing w:after="60" w:before="0"/>
        <w:jc w:val="left"/>
      </w:pPr>
      <w:r>
        <w:rPr>
          <w:b w:val="0"/>
          <w:sz w:val="21"/>
        </w:rPr>
        <w:t>2. お問い合わせ先　お客様相談室 0120-000-000(平日 9:00〜17:00)</w:t>
      </w:r>
    </w:p>
    <w:p>
      <w:pPr>
        <w:spacing w:after="0" w:before="120"/>
        <w:jc w:val="right"/>
      </w:pPr>
      <w:r>
        <w:rPr>
          <w:b w:val="0"/>
          <w:sz w:val="21"/>
        </w:rPr>
        <w:t>以上</w:t>
      </w:r>
    </w:p>
    <w:sectPr w:rsidR="00FC693F" w:rsidRPr="0006063C" w:rsidSect="00034616">
      <w:pgSz w:w="11906" w:h="16838"/>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游ゴシック" w:hAnsi="游ゴシック" w:eastAsia="游ゴシック"/>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