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before="0"/>
        <w:jc w:val="right"/>
      </w:pPr>
      <w:r>
        <w:rPr>
          <w:b w:val="0"/>
          <w:sz w:val="21"/>
        </w:rPr>
        <w:t>20XX年○月○日</w:t>
      </w:r>
    </w:p>
    <w:p>
      <w:pPr>
        <w:spacing w:after="160" w:before="0"/>
        <w:jc w:val="left"/>
      </w:pPr>
      <w:r>
        <w:rPr>
          <w:b w:val="0"/>
          <w:sz w:val="22"/>
        </w:rPr>
        <w:t>株式会社△△△△</w:t>
        <w:br/>
        <w:t>購買部 ○○ ○○ 様</w:t>
      </w:r>
    </w:p>
    <w:p>
      <w:pPr>
        <w:spacing w:after="360" w:before="0"/>
        <w:jc w:val="right"/>
      </w:pPr>
      <w:r>
        <w:rPr>
          <w:b w:val="0"/>
          <w:sz w:val="21"/>
        </w:rPr>
        <w:t>株式会社○○○○</w:t>
        <w:br/>
        <w:t>営業部 部長 ○○ ○○</w:t>
      </w:r>
    </w:p>
    <w:p>
      <w:pPr>
        <w:spacing w:after="320" w:before="0"/>
        <w:jc w:val="center"/>
      </w:pPr>
      <w:r>
        <w:rPr>
          <w:b/>
          <w:sz w:val="32"/>
        </w:rPr>
        <w:t>納期遅延のお詫び</w:t>
      </w:r>
    </w:p>
    <w:p>
      <w:pPr>
        <w:spacing w:after="120" w:before="0" w:line="384" w:lineRule="auto"/>
        <w:jc w:val="left"/>
      </w:pPr>
      <w:r>
        <w:rPr>
          <w:b w:val="0"/>
          <w:sz w:val="21"/>
        </w:rPr>
        <w:t>謹啓　時下ますますご清栄のこととお慶び申し上げます。平素は格別のお引き立てを賜り、厚く御礼申し上げます。</w:t>
      </w:r>
    </w:p>
    <w:p>
      <w:pPr>
        <w:spacing w:after="120" w:before="0" w:line="384" w:lineRule="auto"/>
        <w:jc w:val="left"/>
      </w:pPr>
      <w:r>
        <w:rPr>
          <w:b w:val="0"/>
          <w:sz w:val="21"/>
        </w:rPr>
        <w:t xml:space="preserve">　さて、○月○日付けでご注文いただきました「○○○○」につきまして、○月○日の納期に間に合わず、多大なるご迷惑をおかけしておりますこと、深くお詫び申し上げます。</w:t>
      </w:r>
    </w:p>
    <w:p>
      <w:pPr>
        <w:spacing w:after="120" w:before="0" w:line="384" w:lineRule="auto"/>
        <w:jc w:val="left"/>
      </w:pPr>
      <w:r>
        <w:rPr>
          <w:b w:val="0"/>
          <w:sz w:val="21"/>
        </w:rPr>
        <w:t xml:space="preserve">　原因は、弊社の部品の仕入先からの入荷が遅れたことによるもので、弊社の在庫の確認と連絡が不十分であったことも重なりました。誠に申し訳ございません。</w:t>
      </w:r>
    </w:p>
    <w:p>
      <w:pPr>
        <w:spacing w:after="120" w:before="0" w:line="384" w:lineRule="auto"/>
        <w:jc w:val="left"/>
      </w:pPr>
      <w:r>
        <w:rPr>
          <w:b w:val="0"/>
          <w:sz w:val="21"/>
        </w:rPr>
        <w:t xml:space="preserve">　現在、入荷の見通しが立ち、○月○日には納品できる予定でございます。今後は、仕入先との連絡を密にし、在庫の確認を毎日行うなど、再び同じことが起きないよう努めてまいります。</w:t>
      </w:r>
    </w:p>
    <w:p>
      <w:pPr>
        <w:spacing w:after="120" w:before="0" w:line="384" w:lineRule="auto"/>
        <w:jc w:val="left"/>
      </w:pPr>
      <w:r>
        <w:rPr>
          <w:b w:val="0"/>
          <w:sz w:val="21"/>
        </w:rPr>
        <w:t xml:space="preserve">　まずは、略儀ながら書中にてお詫び申し上げます。</w:t>
      </w:r>
    </w:p>
    <w:p>
      <w:pPr>
        <w:spacing w:after="200" w:before="0"/>
        <w:jc w:val="right"/>
      </w:pPr>
      <w:r>
        <w:rPr>
          <w:b w:val="0"/>
          <w:sz w:val="21"/>
        </w:rPr>
        <w:t>謹白</w:t>
      </w:r>
    </w:p>
    <w:p>
      <w:pPr>
        <w:spacing w:after="120" w:before="0"/>
        <w:jc w:val="center"/>
      </w:pPr>
      <w:r>
        <w:rPr>
          <w:b w:val="0"/>
          <w:sz w:val="21"/>
        </w:rPr>
        <w:t>記</w:t>
      </w:r>
    </w:p>
    <w:p>
      <w:pPr>
        <w:spacing w:after="60" w:before="0"/>
        <w:jc w:val="left"/>
      </w:pPr>
      <w:r>
        <w:rPr>
          <w:b w:val="0"/>
          <w:sz w:val="21"/>
        </w:rPr>
        <w:t>1. 品名・数量　○○○○ ○○個</w:t>
      </w:r>
    </w:p>
    <w:p>
      <w:pPr>
        <w:spacing w:after="60" w:before="0"/>
        <w:jc w:val="left"/>
      </w:pPr>
      <w:r>
        <w:rPr>
          <w:b w:val="0"/>
          <w:sz w:val="21"/>
        </w:rPr>
        <w:t>2. 新しい納品予定日　20XX年○月○日(○)</w:t>
      </w:r>
    </w:p>
    <w:p>
      <w:pPr>
        <w:spacing w:after="60" w:before="0"/>
        <w:jc w:val="left"/>
      </w:pPr>
      <w:r>
        <w:rPr>
          <w:b w:val="0"/>
          <w:sz w:val="21"/>
        </w:rPr>
        <w:t>3. 担当　営業部 ○○(TEL 03-0000-0000)</w:t>
      </w:r>
    </w:p>
    <w:p>
      <w:pPr>
        <w:spacing w:after="0" w:before="120"/>
        <w:jc w:val="right"/>
      </w:pPr>
      <w:r>
        <w:rPr>
          <w:b w:val="0"/>
          <w:sz w:val="21"/>
        </w:rPr>
        <w:t>以上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