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/>
        <w:jc w:val="left"/>
      </w:pPr>
      <w:r>
        <w:rPr>
          <w:b w:val="0"/>
          <w:sz w:val="22"/>
        </w:rPr>
        <w:t>株式会社△△△△</w:t>
        <w:br/>
        <w:t>経理部 御中</w:t>
      </w:r>
    </w:p>
    <w:p>
      <w:pPr>
        <w:spacing w:after="360" w:before="0"/>
        <w:jc w:val="right"/>
      </w:pPr>
      <w:r>
        <w:rPr>
          <w:b w:val="0"/>
          <w:sz w:val="21"/>
        </w:rPr>
        <w:t>株式会社○○○○</w:t>
        <w:br/>
        <w:t>経理部 ○○ ○○</w:t>
      </w:r>
    </w:p>
    <w:p>
      <w:pPr>
        <w:spacing w:after="320" w:before="0"/>
        <w:jc w:val="center"/>
      </w:pPr>
      <w:r>
        <w:rPr>
          <w:b/>
          <w:sz w:val="32"/>
        </w:rPr>
        <w:t>請求書の誤りについてのお詫び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>拝啓　時下ますますご清栄のこととお慶び申し上げます。平素は格別のご高配を賜り、厚く御礼申し上げます。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さて、○月○日付けでお送りいたしました○月分の請求書(請求書番号 No.○○○○)に、金額の誤りがございました。ご迷惑をおかけし、誠に申し訳ございません。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単価の入力を誤ったことが原因で、正しくは金○○○,○○○円のところ、金○○○,○○○円と記載しておりました。正しい請求書を同封いたしますので、お手数ですが、先にお送りした請求書は破棄していただきますよう、お願い申し上げます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今後は、発行前の確認を二人で行うなど、再発の防止に努めてまいります。今後とも変わらぬお引き立てのほど、よろしくお願い申し上げます。</w:t>
      </w:r>
    </w:p>
    <w:p>
      <w:pPr>
        <w:spacing w:after="200" w:before="0"/>
        <w:jc w:val="right"/>
      </w:pPr>
      <w:r>
        <w:rPr>
          <w:b w:val="0"/>
          <w:sz w:val="21"/>
        </w:rPr>
        <w:t>敬具</w:t>
      </w:r>
    </w:p>
    <w:p>
      <w:pPr>
        <w:spacing w:after="120" w:before="0"/>
        <w:jc w:val="center"/>
      </w:pPr>
      <w:r>
        <w:rPr>
          <w:b w:val="0"/>
          <w:sz w:val="21"/>
        </w:rPr>
        <w:t>記</w:t>
      </w:r>
    </w:p>
    <w:p>
      <w:pPr>
        <w:spacing w:after="60" w:before="0"/>
        <w:jc w:val="left"/>
      </w:pPr>
      <w:r>
        <w:rPr>
          <w:b w:val="0"/>
          <w:sz w:val="21"/>
        </w:rPr>
        <w:t>1. 同封書類　訂正後の請求書 1通</w:t>
      </w:r>
    </w:p>
    <w:p>
      <w:pPr>
        <w:spacing w:after="60" w:before="0"/>
        <w:jc w:val="left"/>
      </w:pPr>
      <w:r>
        <w:rPr>
          <w:b w:val="0"/>
          <w:sz w:val="21"/>
        </w:rPr>
        <w:t>2. 正しい請求金額　金○○○,○○○円(税込)</w:t>
      </w:r>
    </w:p>
    <w:p>
      <w:pPr>
        <w:spacing w:after="60" w:before="0"/>
        <w:jc w:val="left"/>
      </w:pPr>
      <w:r>
        <w:rPr>
          <w:b w:val="0"/>
          <w:sz w:val="21"/>
        </w:rPr>
        <w:t>3. お支払期日　変更はございません(20XX年○月○日)</w:t>
      </w:r>
    </w:p>
    <w:p>
      <w:pPr>
        <w:spacing w:after="0" w:before="120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