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color w:val="8E44AD"/>
          <w:sz w:val="32"/>
        </w:rPr>
        <w:t>○○町 秋まつり 20XX</w:t>
      </w:r>
    </w:p>
    <w:p>
      <w:pPr>
        <w:spacing w:before="120" w:after="0"/>
        <w:jc w:val="center"/>
      </w:pPr>
      <w:r>
        <w:rPr>
          <w:b/>
          <w:color w:val="C0392B"/>
          <w:sz w:val="68"/>
        </w:rPr>
        <w:t>秋の</w:t>
      </w:r>
    </w:p>
    <w:p>
      <w:pPr>
        <w:spacing w:before="0" w:after="0"/>
        <w:jc w:val="center"/>
      </w:pPr>
      <w:r>
        <w:rPr>
          <w:b/>
          <w:color w:val="C0392B"/>
          <w:sz w:val="132"/>
        </w:rPr>
        <w:t>大収穫祭</w:t>
      </w:r>
    </w:p>
    <w:p>
      <w:pPr>
        <w:spacing w:before="0" w:after="200"/>
        <w:jc w:val="center"/>
      </w:pPr>
      <w:r>
        <w:rPr>
          <w:b/>
          <w:sz w:val="48"/>
        </w:rPr>
        <w:t>11/8(土)・9(日)　10:00〜15:00</w:t>
      </w:r>
    </w:p>
    <w:p>
      <w:pPr>
        <w:spacing w:before="0" w:after="16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10546"/>
      </w:tblGrid>
      <w:tr>
        <w:trPr>
          <w:trHeight w:val="3969" w:hRule="exact"/>
        </w:trPr>
        <w:tc>
          <w:tcPr>
            <w:tcW w:type="dxa" w:w="10545"/>
            <w:shd w:val="clear" w:color="auto" w:fill="F4F4F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22"/>
              </w:rPr>
              <w:t>ここにイベントの写真やイラストを貼ります</w:t>
              <w:br/>
              <w:t>(クリックしてから［挿入］→［画像］)</w:t>
            </w:r>
          </w:p>
        </w:tc>
      </w:tr>
    </w:tbl>
    <w:p>
      <w:pPr>
        <w:spacing w:before="0" w:after="16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3515"/>
        <w:gridCol w:w="3515"/>
        <w:gridCol w:w="3515"/>
      </w:tblGrid>
      <w:tr>
        <w:trPr>
          <w:trHeight w:val="1701" w:hRule="atLeast"/>
        </w:trPr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とれたて野菜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地元の農家さんの</w:t>
              <w:br/>
              <w:t>野菜・果物を販売</w:t>
            </w:r>
          </w:p>
        </w:tc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キッチンカー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焼きそば・クレープ</w:t>
              <w:br/>
              <w:t>など10台</w:t>
            </w:r>
          </w:p>
        </w:tc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ステージ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ダンス・吹奏楽</w:t>
              <w:br/>
              <w:t>ビンゴ大会</w:t>
            </w:r>
          </w:p>
        </w:tc>
      </w:tr>
    </w:tbl>
    <w:p>
      <w:pPr>
        <w:spacing w:before="240" w:after="0"/>
        <w:jc w:val="center"/>
      </w:pPr>
      <w:r>
        <w:rPr>
          <w:b/>
          <w:sz w:val="28"/>
        </w:rPr>
        <w:t>会場:○○公園 中央広場(○○駅から徒歩5分)　入場無料・雨天決行</w:t>
      </w:r>
    </w:p>
    <w:p>
      <w:pPr>
        <w:spacing w:before="80" w:after="0"/>
        <w:jc w:val="center"/>
      </w:pPr>
      <w:r>
        <w:rPr>
          <w:b w:val="0"/>
          <w:sz w:val="22"/>
        </w:rPr>
        <w:t>主催:○○町内会　お問い合わせ 00-0000-0000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