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8050"/>
        <w:gridCol w:w="2154"/>
      </w:tblGrid>
      <w:tr>
        <w:trPr>
          <w:trHeight w:val="2721" w:hRule="exact"/>
        </w:trPr>
        <w:tc>
          <w:tcPr>
            <w:tcW w:type="dxa" w:w="8050"/>
            <w:tcBorders>
              <w:top w:val="nil"/>
              <w:left w:val="nil"/>
              <w:bottom w:val="nil"/>
              <w:right w:val="nil"/>
            </w:tcBorders>
          </w:tcPr>
          <w:p>
            <w:r/>
            <w:r>
              <w:rPr>
                <w:sz w:val="40"/>
              </w:rPr>
              <w:t>履　歴　書</w:t>
            </w:r>
            <w:r>
              <w:rPr>
                <w:sz w:val="20"/>
              </w:rPr>
              <w:t xml:space="preserve">　　　　　　　　年　　月　　日現在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7824"/>
            </w:tblGrid>
            <w:tr>
              <w:trPr>
                <w:trHeight w:val="340" w:hRule="exact"/>
              </w:trPr>
              <w:tc>
                <w:tcPr>
                  <w:tcW w:type="dxa" w:w="7824"/>
                  <w:vAlign w:val="center"/>
                  <w:tcBorders>
                    <w:top w:val="single" w:sz="6" w:color="000000"/>
                    <w:left w:val="single" w:sz="6" w:color="000000"/>
                    <w:bottom w:val="dotted" w:sz="4" w:color="888888"/>
                    <w:right w:val="single" w:sz="6" w:color="000000"/>
                  </w:tcBorders>
                </w:tcPr>
                <w:p>
                  <w:pPr>
                    <w:spacing w:after="0"/>
                    <w:jc w:val="left"/>
                  </w:pPr>
                  <w:r/>
                  <w:r>
                    <w:rPr>
                      <w:sz w:val="16"/>
                    </w:rPr>
                    <w:t>ふりがな</w:t>
                  </w:r>
                </w:p>
              </w:tc>
            </w:tr>
            <w:tr>
              <w:trPr>
                <w:trHeight w:val="1701" w:hRule="exact"/>
              </w:trPr>
              <w:tc>
                <w:tcPr>
                  <w:tcW w:type="dxa" w:w="7824"/>
                  <w:vAlign w:val="top"/>
                  <w:tcBorders>
                    <w:top w:val="nil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after="0"/>
                    <w:jc w:val="left"/>
                  </w:pPr>
                  <w:r/>
                  <w:r>
                    <w:rPr>
                      <w:sz w:val="18"/>
                    </w:rPr>
                    <w:t>氏　　名</w:t>
                  </w:r>
                </w:p>
              </w:tc>
            </w:tr>
          </w:tbl>
          <w:p/>
        </w:tc>
        <w:tc>
          <w:tcPr>
            <w:tcW w:type="dxa" w:w="2154"/>
            <w:tcBorders>
              <w:top w:val="dashed" w:sz="4" w:color="888888"/>
              <w:left w:val="dashed" w:sz="4" w:color="888888"/>
              <w:bottom w:val="dashed" w:sz="4" w:color="888888"/>
              <w:right w:val="dashed" w:sz="4" w:color="88888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4"/>
              </w:rPr>
              <w:t>写真をはる位置</w:t>
            </w:r>
          </w:p>
          <w:p>
            <w:pPr>
              <w:spacing w:after="0"/>
              <w:jc w:val="center"/>
            </w:pPr>
            <w:r>
              <w:rPr>
                <w:sz w:val="14"/>
              </w:rPr>
            </w:r>
          </w:p>
          <w:p>
            <w:pPr>
              <w:spacing w:after="0"/>
              <w:jc w:val="center"/>
            </w:pPr>
            <w:r>
              <w:rPr>
                <w:sz w:val="14"/>
              </w:rPr>
              <w:t>写真をはる必要が</w:t>
            </w:r>
          </w:p>
          <w:p>
            <w:pPr>
              <w:spacing w:after="0"/>
              <w:jc w:val="center"/>
            </w:pPr>
            <w:r>
              <w:rPr>
                <w:sz w:val="14"/>
              </w:rPr>
              <w:t>ある場合</w:t>
            </w:r>
          </w:p>
          <w:p>
            <w:pPr>
              <w:spacing w:after="0"/>
              <w:jc w:val="center"/>
            </w:pPr>
            <w:r>
              <w:rPr>
                <w:sz w:val="14"/>
              </w:rPr>
              <w:t>1.縦 36～40mm</w:t>
            </w:r>
          </w:p>
          <w:p>
            <w:pPr>
              <w:spacing w:after="0"/>
              <w:jc w:val="center"/>
            </w:pPr>
            <w:r>
              <w:rPr>
                <w:sz w:val="14"/>
              </w:rPr>
              <w:t xml:space="preserve">　横 24～30mm</w:t>
            </w:r>
          </w:p>
          <w:p>
            <w:pPr>
              <w:spacing w:after="0"/>
              <w:jc w:val="center"/>
            </w:pPr>
            <w:r>
              <w:rPr>
                <w:sz w:val="14"/>
              </w:rPr>
              <w:t>2.本人単身胸から上</w:t>
            </w:r>
          </w:p>
          <w:p>
            <w:pPr>
              <w:spacing w:after="0"/>
              <w:jc w:val="center"/>
            </w:pPr>
            <w:r>
              <w:rPr>
                <w:sz w:val="14"/>
              </w:rPr>
              <w:t>3.裏面のりづけ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370"/>
        <w:gridCol w:w="2835"/>
      </w:tblGrid>
      <w:tr>
        <w:trPr>
          <w:trHeight w:val="510" w:hRule="exact"/>
        </w:trPr>
        <w:tc>
          <w:tcPr>
            <w:tcW w:type="dxa" w:w="737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1"/>
              </w:rPr>
              <w:t xml:space="preserve">　　　　年　　　月　　　日生　（満　　　歳）</w:t>
            </w:r>
          </w:p>
        </w:tc>
        <w:tc>
          <w:tcPr>
            <w:tcW w:type="dxa" w:w="2835"/>
            <w:vAlign w:val="top"/>
          </w:tcPr>
          <w:p>
            <w:pPr>
              <w:spacing w:after="0"/>
              <w:jc w:val="left"/>
            </w:pPr>
            <w:r/>
            <w:r>
              <w:rPr>
                <w:sz w:val="18"/>
              </w:rPr>
              <w:t>※性別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7"/>
        <w:gridCol w:w="2268"/>
      </w:tblGrid>
      <w:tr>
        <w:trPr>
          <w:trHeight w:val="340" w:hRule="exact"/>
        </w:trPr>
        <w:tc>
          <w:tcPr>
            <w:tcW w:type="dxa" w:w="7937"/>
            <w:vAlign w:val="center"/>
            <w:tcBorders>
              <w:top w:val="single" w:sz="6" w:color="000000"/>
              <w:left w:val="single" w:sz="6" w:color="000000"/>
              <w:bottom w:val="dotted" w:sz="4" w:color="888888"/>
              <w:right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sz w:val="16"/>
              </w:rPr>
              <w:t>ふりがな</w:t>
            </w:r>
          </w:p>
        </w:tc>
        <w:tc>
          <w:tcPr>
            <w:tcW w:type="dxa" w:w="2268"/>
            <w:vMerge w:val="restart"/>
            <w:vAlign w:val="top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電話</w:t>
            </w:r>
          </w:p>
        </w:tc>
      </w:tr>
      <w:tr>
        <w:trPr>
          <w:trHeight w:val="1247" w:hRule="exact"/>
        </w:trPr>
        <w:tc>
          <w:tcPr>
            <w:tcW w:type="dxa" w:w="7937"/>
            <w:vAlign w:val="top"/>
            <w:tcBorders>
              <w:top w:val="nil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現住所　〒</w:t>
            </w:r>
          </w:p>
        </w:tc>
        <w:tc>
          <w:tcPr>
            <w:tcW w:type="dxa" w:w="2268"/>
            <w:vMerge/>
          </w:tcPr>
          <w:p/>
        </w:tc>
      </w:tr>
      <w:tr>
        <w:trPr>
          <w:trHeight w:val="340" w:hRule="exact"/>
        </w:trPr>
        <w:tc>
          <w:tcPr>
            <w:tcW w:type="dxa" w:w="7937"/>
            <w:vAlign w:val="center"/>
            <w:tcBorders>
              <w:top w:val="single" w:sz="6" w:color="000000"/>
              <w:left w:val="single" w:sz="6" w:color="000000"/>
              <w:bottom w:val="dotted" w:sz="4" w:color="888888"/>
              <w:right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sz w:val="16"/>
              </w:rPr>
              <w:t>ふりがな</w:t>
            </w:r>
          </w:p>
        </w:tc>
        <w:tc>
          <w:tcPr>
            <w:tcW w:type="dxa" w:w="2268"/>
            <w:vMerge w:val="restart"/>
            <w:vAlign w:val="top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電話</w:t>
            </w:r>
          </w:p>
        </w:tc>
      </w:tr>
      <w:tr>
        <w:trPr>
          <w:trHeight w:val="1247" w:hRule="exact"/>
        </w:trPr>
        <w:tc>
          <w:tcPr>
            <w:tcW w:type="dxa" w:w="7937"/>
            <w:vAlign w:val="top"/>
            <w:tcBorders>
              <w:top w:val="nil"/>
              <w:left w:val="single" w:sz="6" w:color="000000"/>
              <w:bottom w:val="single" w:sz="6" w:color="000000"/>
              <w:right w:val="single" w:sz="6" w:color="000000"/>
            </w:tcBorders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連絡先　〒　　　　　　　　　　（現住所以外に連絡を希望する場合のみ記入）</w:t>
            </w:r>
          </w:p>
        </w:tc>
        <w:tc>
          <w:tcPr>
            <w:tcW w:type="dxa" w:w="2268"/>
            <w:vMerge/>
          </w:tcPr>
          <w:p/>
        </w:tc>
      </w:tr>
    </w:tbl>
    <w:p>
      <w:pPr>
        <w:spacing w:after="0" w:line="17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567"/>
        <w:gridCol w:w="8504"/>
      </w:tblGrid>
      <w:tr>
        <w:trPr>
          <w:trHeight w:val="425" w:hRule="exac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年</w:t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月</w:t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学　歴・職　歴（各別にまとめて書く）</w:t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</w:tbl>
    <w:p>
      <w:r>
        <w:rPr>
          <w:sz w:val="16"/>
        </w:rPr>
        <w:t>※「性別」欄：記載は任意です。未記載とすることも可能です。</w:t>
      </w:r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567"/>
        <w:gridCol w:w="8504"/>
      </w:tblGrid>
      <w:tr>
        <w:trPr>
          <w:trHeight w:val="425" w:hRule="exac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年</w:t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月</w:t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学　歴・職　歴（各別にまとめて書く）</w:t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</w:tbl>
    <w:p>
      <w:pPr>
        <w:spacing w:after="0" w:line="17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567"/>
        <w:gridCol w:w="8504"/>
      </w:tblGrid>
      <w:tr>
        <w:trPr>
          <w:trHeight w:val="425" w:hRule="exac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年</w:t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月</w:t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免　許・資　格</w:t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1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850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</w:tbl>
    <w:p>
      <w:pPr>
        <w:spacing w:after="0" w:line="17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205"/>
      </w:tblGrid>
      <w:tr>
        <w:trPr>
          <w:trHeight w:val="396" w:hRule="exact"/>
        </w:trPr>
        <w:tc>
          <w:tcPr>
            <w:tcW w:type="dxa" w:w="102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志望の動機、特技、好きな学科、アピールポイントなど</w:t>
            </w:r>
          </w:p>
        </w:tc>
      </w:tr>
      <w:tr>
        <w:trPr>
          <w:trHeight w:val="4082" w:hRule="exact"/>
        </w:trPr>
        <w:tc>
          <w:tcPr>
            <w:tcW w:type="dxa" w:w="10205"/>
            <w:vAlign w:val="top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</w:tbl>
    <w:p>
      <w:pPr>
        <w:spacing w:after="0" w:line="17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205"/>
      </w:tblGrid>
      <w:tr>
        <w:trPr>
          <w:trHeight w:val="396" w:hRule="exact"/>
        </w:trPr>
        <w:tc>
          <w:tcPr>
            <w:tcW w:type="dxa" w:w="102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8"/>
              </w:rPr>
              <w:t>本人希望記入欄（特に給料・職種・勤務時間・勤務地・その他についての希望などがあれば記入）</w:t>
            </w:r>
          </w:p>
        </w:tc>
      </w:tr>
      <w:tr>
        <w:trPr>
          <w:trHeight w:val="521" w:hRule="exact"/>
        </w:trPr>
        <w:tc>
          <w:tcPr>
            <w:tcW w:type="dxa" w:w="102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02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02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  <w:tr>
        <w:trPr>
          <w:trHeight w:val="521" w:hRule="exact"/>
        </w:trPr>
        <w:tc>
          <w:tcPr>
            <w:tcW w:type="dxa" w:w="102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</w:tr>
    </w:tbl>
    <w:sectPr w:rsidR="00FC693F" w:rsidRPr="0006063C" w:rsidSect="00034616">
      <w:pgSz w:w="11906" w:h="16838"/>
      <w:pgMar w:top="680" w:right="850" w:bottom="45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