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center"/>
      </w:pPr>
      <w:r>
        <w:rPr>
          <w:b/>
          <w:sz w:val="36"/>
        </w:rPr>
        <w:t>労働条件通知書(パート・アルバイト用)</w:t>
      </w:r>
    </w:p>
    <w:p>
      <w:pPr>
        <w:spacing w:after="0" w:before="0"/>
        <w:jc w:val="right"/>
      </w:pPr>
      <w:r>
        <w:rPr>
          <w:b w:val="0"/>
          <w:sz w:val="20"/>
        </w:rPr>
        <w:t>20XX年○月○日</w:t>
      </w:r>
    </w:p>
    <w:p>
      <w:pPr>
        <w:spacing w:after="0" w:before="0"/>
        <w:jc w:val="left"/>
      </w:pPr>
      <w:r>
        <w:rPr>
          <w:b w:val="0"/>
          <w:sz w:val="22"/>
        </w:rPr>
        <w:t>○○○○　殿</w:t>
      </w:r>
    </w:p>
    <w:p>
      <w:pPr>
        <w:spacing w:after="0" w:before="0"/>
        <w:jc w:val="right"/>
      </w:pPr>
      <w:r>
        <w:rPr>
          <w:b w:val="0"/>
          <w:sz w:val="19"/>
        </w:rPr>
        <w:t>事業場の名称・所在地　株式会社○○○○　○○県○○市○○1-2-3</w:t>
      </w:r>
    </w:p>
    <w:p>
      <w:pPr>
        <w:spacing w:after="120" w:before="0"/>
        <w:jc w:val="right"/>
      </w:pPr>
      <w:r>
        <w:rPr>
          <w:b w:val="0"/>
          <w:sz w:val="19"/>
        </w:rPr>
        <w:t>使用者の職氏名　代表取締役　○○ ○○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1326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契約期間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期間の定めあり(20XX年○月○日〜20XX年○月○日)</w:t>
              <w:br/>
              <w:t>更新の有無:契約を更新する場合があり得る</w:t>
              <w:br/>
              <w:t>更新の判断基準:業務量、勤務成績・態度、能力、会社の経営状況</w:t>
            </w:r>
          </w:p>
        </w:tc>
      </w:tr>
      <w:tr>
        <w:trPr>
          <w:trHeight w:val="58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更新上限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有(更新回数 ○回まで / 通算契約期間 ○年まで)　または　無</w:t>
            </w:r>
          </w:p>
        </w:tc>
      </w:tr>
      <w:tr>
        <w:trPr>
          <w:trHeight w:val="117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無期転換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通算契約期間が5年を超える契約を結んだときは、その契約期間中に無期労働契約への転換を申し込むことができる(労働契約法第18条)。転換後の労働条件は、契約期間を除き本契約と同じ</w:t>
            </w:r>
          </w:p>
        </w:tc>
      </w:tr>
      <w:tr>
        <w:trPr>
          <w:trHeight w:val="663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就業の場所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(雇入れ直後)○○店　(変更の範囲)○○市内の当社店舗</w:t>
            </w:r>
          </w:p>
        </w:tc>
      </w:tr>
      <w:tr>
        <w:trPr>
          <w:trHeight w:val="663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従事すべき業務の内容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(雇入れ直後)レジ・品出し　(変更の範囲)店舗内の販売業務</w:t>
            </w:r>
          </w:p>
        </w:tc>
      </w:tr>
      <w:tr>
        <w:trPr>
          <w:trHeight w:val="663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始業・終業の時刻</w:t>
              <w:br/>
              <w:t>休憩時間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(例)月・水・金 10時00分〜15時00分(休憩45分)　週○日・1週○時間程度</w:t>
            </w:r>
          </w:p>
        </w:tc>
      </w:tr>
      <w:tr>
        <w:trPr>
          <w:trHeight w:val="515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所定時間外労働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無(または有:1か月○時間程度)</w:t>
            </w:r>
          </w:p>
        </w:tc>
      </w:tr>
      <w:tr>
        <w:trPr>
          <w:trHeight w:val="515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休日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シフトによる(週○日以上)</w:t>
            </w:r>
          </w:p>
        </w:tc>
      </w:tr>
      <w:tr>
        <w:trPr>
          <w:trHeight w:val="663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休暇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年次有給休暇:6か月継続勤務した場合 ○日(所定労働日数に応じて付与)</w:t>
            </w:r>
          </w:p>
        </w:tc>
      </w:tr>
      <w:tr>
        <w:trPr>
          <w:trHeight w:val="1621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賃金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時給○,○○○円　通勤手当 実費(上限○○,○○○円)</w:t>
              <w:br/>
              <w:t>時間外・休日・深夜の割増率:法定どおり</w:t>
              <w:br/>
              <w:t>締切日 毎月末日　支払日 翌月25日　支払方法 本人名義の口座へ振込</w:t>
              <w:br/>
              <w:t>昇給:有・無　賞与:有・無　退職手当:有・無</w:t>
            </w:r>
          </w:p>
        </w:tc>
      </w:tr>
      <w:tr>
        <w:trPr>
          <w:trHeight w:val="958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退職に関する事項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自己都合退職の手続:退職する○日以上前に届け出ること</w:t>
              <w:br/>
              <w:t>解雇の事由及び手続:就業規則第○条〜第○条</w:t>
            </w:r>
          </w:p>
        </w:tc>
      </w:tr>
      <w:tr>
        <w:trPr>
          <w:trHeight w:val="958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その他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社会保険の加入状況:雇用保険・労災保険(条件を満たす場合は厚生年金・健康保険)</w:t>
              <w:br/>
              <w:t>雇用管理の改善等に関する相談窓口:○○店 店長 ○○(電話 00-0000-0000)</w:t>
            </w:r>
          </w:p>
        </w:tc>
      </w:tr>
    </w:tbl>
    <w:p>
      <w:pPr>
        <w:spacing w:after="0" w:before="80"/>
        <w:jc w:val="left"/>
      </w:pPr>
      <w:r>
        <w:rPr>
          <w:b w:val="0"/>
          <w:sz w:val="18"/>
        </w:rPr>
        <w:t>※以上のほかは、当社就業規則による。</w:t>
      </w:r>
    </w:p>
    <w:p>
      <w:pPr>
        <w:spacing w:after="120" w:before="0"/>
        <w:jc w:val="left"/>
      </w:pPr>
      <w:r>
        <w:rPr>
          <w:b w:val="0"/>
          <w:sz w:val="18"/>
        </w:rPr>
        <w:t>※本通知書の交付は、労働基準法第15条に基づく労働条件の明示、およびパートタイム・有期雇用労働法第6条に基づく文書の交付を兼ねるものです。</w:t>
      </w:r>
    </w:p>
    <w:p>
      <w:pPr>
        <w:spacing w:after="40" w:before="80"/>
        <w:jc w:val="right"/>
      </w:pPr>
      <w:r>
        <w:rPr>
          <w:b w:val="0"/>
          <w:sz w:val="20"/>
        </w:rPr>
        <w:t>上記の内容を確認しました。　20XX年　　月　　日　　労働者氏名＿＿＿＿＿＿＿＿＿＿</w:t>
      </w:r>
    </w:p>
    <w:sectPr w:rsidR="00FC693F" w:rsidRPr="0006063C" w:rsidSect="00034616">
      <w:pgSz w:w="11906" w:h="16838"/>
      <w:pgMar w:top="680" w:right="1020" w:bottom="56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