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5159" w:hRule="exact"/>
        </w:trPr>
        <w:tc>
          <w:tcPr>
            <w:tcW w:type="dxa" w:w="7937"/>
            <w:tcBorders>
              <w:top w:val="nil"/>
              <w:left w:val="nil"/>
              <w:bottom w:val="dashed" w:sz="8" w:color="555555"/>
              <w:right w:val="nil"/>
            </w:tcBorders>
            <w:vAlign w:val="center"/>
          </w:tcPr>
          <w:p>
            <w:pPr>
              <w:spacing w:after="120" w:before="0"/>
              <w:jc w:val="center"/>
            </w:pPr>
            <w:r>
              <w:rPr>
                <w:b/>
                <w:sz w:val="40"/>
              </w:rPr>
              <w:t>領　収　書</w:t>
            </w:r>
          </w:p>
          <w:p>
            <w:pPr>
              <w:spacing w:after="40" w:before="0"/>
              <w:jc w:val="left"/>
            </w:pPr>
            <w:r>
              <w:rPr>
                <w:b w:val="0"/>
                <w:sz w:val="24"/>
                <w:u w:val="single"/>
              </w:rPr>
              <w:t xml:space="preserve">　　　　　　　　　　　　　　　　　様　　　　　　No.　　　　</w:t>
            </w:r>
          </w:p>
          <w:p>
            <w:pPr>
              <w:spacing w:after="0" w:before="0"/>
            </w:pPr>
            <w:r>
              <w:rPr>
                <w:b w:val="0"/>
                <w:sz w:val="12"/>
              </w:rPr>
            </w:r>
          </w:p>
          <w:p>
            <w:pPr>
              <w:spacing w:after="80" w:before="0"/>
              <w:jc w:val="left"/>
            </w:pPr>
            <w:r>
              <w:rPr>
                <w:b/>
                <w:sz w:val="32"/>
                <w:u w:val="single"/>
              </w:rPr>
              <w:t>金額　¥　　　　　　　　　　　　　　　－　(税込)</w:t>
            </w:r>
          </w:p>
          <w:p>
            <w:pPr>
              <w:spacing w:after="40" w:before="0"/>
              <w:jc w:val="left"/>
            </w:pPr>
            <w:r>
              <w:rPr>
                <w:b w:val="0"/>
                <w:sz w:val="22"/>
                <w:u w:val="single"/>
              </w:rPr>
              <w:t>但し　　　　　　　　　　　　　　　　　　として</w:t>
            </w:r>
          </w:p>
          <w:p>
            <w:pPr>
              <w:spacing w:after="80" w:before="0"/>
              <w:jc w:val="left"/>
            </w:pPr>
            <w:r>
              <w:rPr>
                <w:b w:val="0"/>
                <w:sz w:val="20"/>
              </w:rPr>
              <w:t>上記正に領収いたしました。</w:t>
            </w:r>
          </w:p>
          <w:p>
            <w:pPr>
              <w:spacing w:after="40" w:before="0"/>
              <w:jc w:val="left"/>
            </w:pPr>
            <w:r>
              <w:rPr>
                <w:b w:val="0"/>
                <w:sz w:val="19"/>
              </w:rPr>
              <w:t>内訳　税抜金額　　　　　　円　／　消費税額(　%)　　　　　　円</w:t>
            </w:r>
          </w:p>
          <w:p>
            <w:pPr>
              <w:spacing w:after="0" w:before="0"/>
              <w:jc w:val="left"/>
            </w:pPr>
            <w:r>
              <w:rPr>
                <w:b w:val="0"/>
                <w:sz w:val="21"/>
              </w:rPr>
              <w:t xml:space="preserve">　　年　　月　　日　　　発行者</w:t>
            </w:r>
          </w:p>
        </w:tc>
        <w:tc>
          <w:tcPr>
            <w:tcW w:type="dxa" w:w="2268"/>
            <w:tcBorders>
              <w:top w:val="nil"/>
              <w:left w:val="nil"/>
              <w:bottom w:val="dashed" w:sz="8" w:color="555555"/>
              <w:right w:val="nil"/>
            </w:tcBorders>
            <w:vAlign w:val="center"/>
          </w:tcPr>
          <w:p>
            <w:pPr>
              <w:spacing w:after="0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2268"/>
            </w:tblGrid>
            <w:tr>
              <w:trPr>
                <w:trHeight w:val="1701" w:hRule="exact"/>
              </w:trPr>
              <w:tc>
                <w:tcPr>
                  <w:tcW w:type="dxa" w:w="1474"/>
                  <w:tcBorders>
                    <w:top w:val="single" w:sz="8" w:color="555555"/>
                    <w:left w:val="single" w:sz="8" w:color="555555"/>
                    <w:bottom w:val="single" w:sz="8" w:color="555555"/>
                    <w:right w:val="single" w:sz="8" w:color="555555"/>
                  </w:tcBorders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sz w:val="17"/>
                    </w:rPr>
                    <w:t>収入印紙</w:t>
                  </w:r>
                </w:p>
              </w:tc>
            </w:tr>
            <w:tr>
              <w:trPr>
                <w:trHeight w:val="907" w:hRule="exact"/>
              </w:trPr>
              <w:tc>
                <w:tcPr>
                  <w:tcW w:type="dxa" w:w="1474"/>
                  <w:tcBorders>
                    <w:top w:val="nil"/>
                    <w:left w:val="single" w:sz="8" w:color="555555"/>
                    <w:bottom w:val="single" w:sz="8" w:color="555555"/>
                    <w:right w:val="single" w:sz="8" w:color="555555"/>
                  </w:tcBorders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sz w:val="17"/>
                    </w:rPr>
                    <w:t>印</w:t>
                  </w:r>
                </w:p>
              </w:tc>
            </w:tr>
          </w:tbl>
          <w:p/>
        </w:tc>
      </w:tr>
      <w:tr>
        <w:trPr>
          <w:trHeight w:val="5159" w:hRule="exact"/>
        </w:trPr>
        <w:tc>
          <w:tcPr>
            <w:tcW w:type="dxa" w:w="7937"/>
            <w:tcBorders>
              <w:top w:val="nil"/>
              <w:left w:val="nil"/>
              <w:bottom w:val="dashed" w:sz="8" w:color="555555"/>
              <w:right w:val="nil"/>
            </w:tcBorders>
            <w:vAlign w:val="center"/>
          </w:tcPr>
          <w:p>
            <w:pPr>
              <w:spacing w:after="120" w:before="0"/>
              <w:jc w:val="center"/>
            </w:pPr>
            <w:r>
              <w:rPr>
                <w:b/>
                <w:sz w:val="40"/>
              </w:rPr>
              <w:t>領　収　書</w:t>
            </w:r>
          </w:p>
          <w:p>
            <w:pPr>
              <w:spacing w:after="40" w:before="0"/>
              <w:jc w:val="left"/>
            </w:pPr>
            <w:r>
              <w:rPr>
                <w:b w:val="0"/>
                <w:sz w:val="24"/>
                <w:u w:val="single"/>
              </w:rPr>
              <w:t xml:space="preserve">　　　　　　　　　　　　　　　　　様　　　　　　No.　　　　</w:t>
            </w:r>
          </w:p>
          <w:p>
            <w:pPr>
              <w:spacing w:after="0" w:before="0"/>
            </w:pPr>
            <w:r>
              <w:rPr>
                <w:b w:val="0"/>
                <w:sz w:val="12"/>
              </w:rPr>
            </w:r>
          </w:p>
          <w:p>
            <w:pPr>
              <w:spacing w:after="80" w:before="0"/>
              <w:jc w:val="left"/>
            </w:pPr>
            <w:r>
              <w:rPr>
                <w:b/>
                <w:sz w:val="32"/>
                <w:u w:val="single"/>
              </w:rPr>
              <w:t>金額　¥　　　　　　　　　　　　　　　－　(税込)</w:t>
            </w:r>
          </w:p>
          <w:p>
            <w:pPr>
              <w:spacing w:after="40" w:before="0"/>
              <w:jc w:val="left"/>
            </w:pPr>
            <w:r>
              <w:rPr>
                <w:b w:val="0"/>
                <w:sz w:val="22"/>
                <w:u w:val="single"/>
              </w:rPr>
              <w:t>但し　　　　　　　　　　　　　　　　　　として</w:t>
            </w:r>
          </w:p>
          <w:p>
            <w:pPr>
              <w:spacing w:after="80" w:before="0"/>
              <w:jc w:val="left"/>
            </w:pPr>
            <w:r>
              <w:rPr>
                <w:b w:val="0"/>
                <w:sz w:val="20"/>
              </w:rPr>
              <w:t>上記正に領収いたしました。</w:t>
            </w:r>
          </w:p>
          <w:p>
            <w:pPr>
              <w:spacing w:after="40" w:before="0"/>
              <w:jc w:val="left"/>
            </w:pPr>
            <w:r>
              <w:rPr>
                <w:b w:val="0"/>
                <w:sz w:val="19"/>
              </w:rPr>
              <w:t>内訳　税抜金額　　　　　　円　／　消費税額(　%)　　　　　　円</w:t>
            </w:r>
          </w:p>
          <w:p>
            <w:pPr>
              <w:spacing w:after="0" w:before="0"/>
              <w:jc w:val="left"/>
            </w:pPr>
            <w:r>
              <w:rPr>
                <w:b w:val="0"/>
                <w:sz w:val="21"/>
              </w:rPr>
              <w:t xml:space="preserve">　　年　　月　　日　　　発行者</w:t>
            </w:r>
          </w:p>
        </w:tc>
        <w:tc>
          <w:tcPr>
            <w:tcW w:type="dxa" w:w="2268"/>
            <w:tcBorders>
              <w:top w:val="nil"/>
              <w:left w:val="nil"/>
              <w:bottom w:val="dashed" w:sz="8" w:color="555555"/>
              <w:right w:val="nil"/>
            </w:tcBorders>
            <w:vAlign w:val="center"/>
          </w:tcPr>
          <w:p>
            <w:pPr>
              <w:spacing w:after="0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2268"/>
            </w:tblGrid>
            <w:tr>
              <w:trPr>
                <w:trHeight w:val="1701" w:hRule="exact"/>
              </w:trPr>
              <w:tc>
                <w:tcPr>
                  <w:tcW w:type="dxa" w:w="1474"/>
                  <w:tcBorders>
                    <w:top w:val="single" w:sz="8" w:color="555555"/>
                    <w:left w:val="single" w:sz="8" w:color="555555"/>
                    <w:bottom w:val="single" w:sz="8" w:color="555555"/>
                    <w:right w:val="single" w:sz="8" w:color="555555"/>
                  </w:tcBorders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sz w:val="17"/>
                    </w:rPr>
                    <w:t>収入印紙</w:t>
                  </w:r>
                </w:p>
              </w:tc>
            </w:tr>
            <w:tr>
              <w:trPr>
                <w:trHeight w:val="907" w:hRule="exact"/>
              </w:trPr>
              <w:tc>
                <w:tcPr>
                  <w:tcW w:type="dxa" w:w="1474"/>
                  <w:tcBorders>
                    <w:top w:val="nil"/>
                    <w:left w:val="single" w:sz="8" w:color="555555"/>
                    <w:bottom w:val="single" w:sz="8" w:color="555555"/>
                    <w:right w:val="single" w:sz="8" w:color="555555"/>
                  </w:tcBorders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sz w:val="17"/>
                    </w:rPr>
                    <w:t>印</w:t>
                  </w:r>
                </w:p>
              </w:tc>
            </w:tr>
          </w:tbl>
          <w:p/>
        </w:tc>
      </w:tr>
      <w:tr>
        <w:trPr>
          <w:trHeight w:val="5159" w:hRule="exact"/>
        </w:trPr>
        <w:tc>
          <w:tcPr>
            <w:tcW w:type="dxa" w:w="793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120" w:before="0"/>
              <w:jc w:val="center"/>
            </w:pPr>
            <w:r>
              <w:rPr>
                <w:b/>
                <w:sz w:val="40"/>
              </w:rPr>
              <w:t>領　収　書</w:t>
            </w:r>
          </w:p>
          <w:p>
            <w:pPr>
              <w:spacing w:after="40" w:before="0"/>
              <w:jc w:val="left"/>
            </w:pPr>
            <w:r>
              <w:rPr>
                <w:b w:val="0"/>
                <w:sz w:val="24"/>
                <w:u w:val="single"/>
              </w:rPr>
              <w:t xml:space="preserve">　　　　　　　　　　　　　　　　　様　　　　　　No.　　　　</w:t>
            </w:r>
          </w:p>
          <w:p>
            <w:pPr>
              <w:spacing w:after="0" w:before="0"/>
            </w:pPr>
            <w:r>
              <w:rPr>
                <w:b w:val="0"/>
                <w:sz w:val="12"/>
              </w:rPr>
            </w:r>
          </w:p>
          <w:p>
            <w:pPr>
              <w:spacing w:after="80" w:before="0"/>
              <w:jc w:val="left"/>
            </w:pPr>
            <w:r>
              <w:rPr>
                <w:b/>
                <w:sz w:val="32"/>
                <w:u w:val="single"/>
              </w:rPr>
              <w:t>金額　¥　　　　　　　　　　　　　　　－　(税込)</w:t>
            </w:r>
          </w:p>
          <w:p>
            <w:pPr>
              <w:spacing w:after="40" w:before="0"/>
              <w:jc w:val="left"/>
            </w:pPr>
            <w:r>
              <w:rPr>
                <w:b w:val="0"/>
                <w:sz w:val="22"/>
                <w:u w:val="single"/>
              </w:rPr>
              <w:t>但し　　　　　　　　　　　　　　　　　　として</w:t>
            </w:r>
          </w:p>
          <w:p>
            <w:pPr>
              <w:spacing w:after="80" w:before="0"/>
              <w:jc w:val="left"/>
            </w:pPr>
            <w:r>
              <w:rPr>
                <w:b w:val="0"/>
                <w:sz w:val="20"/>
              </w:rPr>
              <w:t>上記正に領収いたしました。</w:t>
            </w:r>
          </w:p>
          <w:p>
            <w:pPr>
              <w:spacing w:after="40" w:before="0"/>
              <w:jc w:val="left"/>
            </w:pPr>
            <w:r>
              <w:rPr>
                <w:b w:val="0"/>
                <w:sz w:val="19"/>
              </w:rPr>
              <w:t>内訳　税抜金額　　　　　　円　／　消費税額(　%)　　　　　　円</w:t>
            </w:r>
          </w:p>
          <w:p>
            <w:pPr>
              <w:spacing w:after="0" w:before="0"/>
              <w:jc w:val="left"/>
            </w:pPr>
            <w:r>
              <w:rPr>
                <w:b w:val="0"/>
                <w:sz w:val="21"/>
              </w:rPr>
              <w:t xml:space="preserve">　　年　　月　　日　　　発行者</w:t>
            </w: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2268"/>
            </w:tblGrid>
            <w:tr>
              <w:trPr>
                <w:trHeight w:val="1701" w:hRule="exact"/>
              </w:trPr>
              <w:tc>
                <w:tcPr>
                  <w:tcW w:type="dxa" w:w="1474"/>
                  <w:tcBorders>
                    <w:top w:val="single" w:sz="8" w:color="555555"/>
                    <w:left w:val="single" w:sz="8" w:color="555555"/>
                    <w:bottom w:val="single" w:sz="8" w:color="555555"/>
                    <w:right w:val="single" w:sz="8" w:color="555555"/>
                  </w:tcBorders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sz w:val="17"/>
                    </w:rPr>
                    <w:t>収入印紙</w:t>
                  </w:r>
                </w:p>
              </w:tc>
            </w:tr>
            <w:tr>
              <w:trPr>
                <w:trHeight w:val="907" w:hRule="exact"/>
              </w:trPr>
              <w:tc>
                <w:tcPr>
                  <w:tcW w:type="dxa" w:w="1474"/>
                  <w:tcBorders>
                    <w:top w:val="nil"/>
                    <w:left w:val="single" w:sz="8" w:color="555555"/>
                    <w:bottom w:val="single" w:sz="8" w:color="555555"/>
                    <w:right w:val="single" w:sz="8" w:color="555555"/>
                  </w:tcBorders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sz w:val="17"/>
                    </w:rPr>
                    <w:t>印</w:t>
                  </w:r>
                </w:p>
              </w:tc>
            </w:tr>
          </w:tbl>
          <w:p/>
        </w:tc>
      </w:tr>
    </w:tbl>
    <w:sectPr w:rsidR="00FC693F" w:rsidRPr="0006063C" w:rsidSect="00034616">
      <w:pgSz w:w="11906" w:h="16838"/>
      <w:pgMar w:top="454" w:right="850" w:bottom="283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