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0" w:line="288" w:lineRule="auto"/>
        <w:jc w:val="right"/>
      </w:pPr>
      <w:r>
        <w:rPr>
          <w:b w:val="0"/>
          <w:sz w:val="21"/>
        </w:rPr>
        <w:t>20XX年○月○日</w:t>
      </w:r>
    </w:p>
    <w:p>
      <w:pPr>
        <w:spacing w:after="160" w:before="0" w:line="288" w:lineRule="auto"/>
        <w:jc w:val="left"/>
      </w:pPr>
      <w:r>
        <w:rPr>
          <w:b w:val="0"/>
          <w:sz w:val="22"/>
        </w:rPr>
        <w:t>○○ ○○ 様</w:t>
      </w:r>
    </w:p>
    <w:p>
      <w:pPr>
        <w:spacing w:after="0" w:before="0" w:line="288" w:lineRule="auto"/>
        <w:jc w:val="right"/>
      </w:pPr>
      <w:r>
        <w:rPr>
          <w:b w:val="0"/>
          <w:sz w:val="21"/>
        </w:rPr>
        <w:t>株式会社○○○○</w:t>
      </w:r>
    </w:p>
    <w:p>
      <w:pPr>
        <w:spacing w:after="0" w:before="0" w:line="288" w:lineRule="auto"/>
        <w:jc w:val="right"/>
      </w:pPr>
      <w:r>
        <w:rPr>
          <w:b w:val="0"/>
          <w:sz w:val="21"/>
        </w:rPr>
        <w:t>代表取締役　○○ ○○</w:t>
      </w:r>
    </w:p>
    <w:p>
      <w:pPr>
        <w:spacing w:after="280" w:before="0" w:line="288" w:lineRule="auto"/>
        <w:jc w:val="right"/>
      </w:pPr>
      <w:r>
        <w:rPr>
          <w:b w:val="0"/>
          <w:sz w:val="18"/>
        </w:rPr>
        <w:t>(担当:人事部 ○○　電話 ○○-○○○○-○○○○)</w:t>
      </w:r>
    </w:p>
    <w:p>
      <w:pPr>
        <w:spacing w:after="240" w:before="0" w:line="288" w:lineRule="auto"/>
        <w:jc w:val="center"/>
      </w:pPr>
      <w:r>
        <w:rPr>
          <w:b/>
          <w:sz w:val="40"/>
        </w:rPr>
        <w:t>選考結果のお知らせ</w:t>
      </w:r>
    </w:p>
    <w:p>
      <w:pPr>
        <w:spacing w:after="40" w:before="0" w:line="288" w:lineRule="auto"/>
        <w:jc w:val="left"/>
      </w:pPr>
      <w:r>
        <w:rPr>
          <w:b w:val="0"/>
          <w:sz w:val="21"/>
        </w:rPr>
        <w:t>拝啓　時下ますますご清祥のこととお喜び申し上げます。</w:t>
      </w:r>
    </w:p>
    <w:p>
      <w:pPr>
        <w:spacing w:after="40" w:before="0" w:line="288" w:lineRule="auto"/>
        <w:jc w:val="left"/>
      </w:pPr>
      <w:r>
        <w:rPr>
          <w:b w:val="0"/>
          <w:sz w:val="21"/>
        </w:rPr>
        <w:t xml:space="preserve">　このたびは、当社の採用選考にご応募いただき、誠にありがとうございました。</w:t>
      </w:r>
    </w:p>
    <w:p>
      <w:pPr>
        <w:spacing w:after="40" w:before="0" w:line="288" w:lineRule="auto"/>
        <w:jc w:val="left"/>
      </w:pPr>
      <w:r>
        <w:rPr>
          <w:b w:val="0"/>
          <w:sz w:val="21"/>
        </w:rPr>
        <w:t xml:space="preserve">　慎重に選考を重ねました結果、誠に残念ながら、今回は採用を見送らせていただくことになりました。ご期待に沿えず申し訳ございませんが、何とぞご了承くださいますようお願い申し上げます。</w:t>
      </w:r>
    </w:p>
    <w:p>
      <w:pPr>
        <w:spacing w:after="40" w:before="0" w:line="288" w:lineRule="auto"/>
        <w:jc w:val="left"/>
      </w:pPr>
      <w:r>
        <w:rPr>
          <w:b w:val="0"/>
          <w:sz w:val="21"/>
        </w:rPr>
        <w:t xml:space="preserve">　なお、お預かりした応募書類は、当社で責任をもって破棄いたします(返却をご希望の場合はご連絡ください)。</w:t>
      </w:r>
    </w:p>
    <w:p>
      <w:pPr>
        <w:spacing w:after="40" w:before="0" w:line="288" w:lineRule="auto"/>
        <w:jc w:val="left"/>
      </w:pPr>
      <w:r>
        <w:rPr>
          <w:b w:val="0"/>
          <w:sz w:val="21"/>
        </w:rPr>
        <w:t xml:space="preserve">　末筆ながら、○○様の今後のご活躍を心よりお祈り申し上げます。</w:t>
      </w:r>
    </w:p>
    <w:p>
      <w:pPr>
        <w:spacing w:after="120" w:before="0" w:line="288" w:lineRule="auto"/>
        <w:jc w:val="right"/>
      </w:pPr>
      <w:r>
        <w:rPr>
          <w:b w:val="0"/>
          <w:sz w:val="21"/>
        </w:rPr>
        <w:t>敬具</w:t>
      </w:r>
    </w:p>
    <w:sectPr w:rsidR="00FC693F" w:rsidRPr="0006063C" w:rsidSect="00034616">
      <w:pgSz w:w="11906" w:h="16838"/>
      <w:pgMar w:top="794" w:right="1247" w:bottom="68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