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 w:line="288" w:lineRule="auto"/>
        <w:jc w:val="right"/>
      </w:pPr>
      <w:r>
        <w:rPr>
          <w:b w:val="0"/>
          <w:sz w:val="21"/>
        </w:rPr>
        <w:t>20XX年○月○日</w:t>
      </w:r>
    </w:p>
    <w:p>
      <w:pPr>
        <w:spacing w:after="160" w:before="0" w:line="288" w:lineRule="auto"/>
        <w:jc w:val="left"/>
      </w:pPr>
      <w:r>
        <w:rPr>
          <w:b w:val="0"/>
          <w:sz w:val="22"/>
        </w:rPr>
        <w:t>○○ ○○ 様</w:t>
      </w:r>
    </w:p>
    <w:p>
      <w:pPr>
        <w:spacing w:after="0" w:before="0" w:line="288" w:lineRule="auto"/>
        <w:jc w:val="right"/>
      </w:pPr>
      <w:r>
        <w:rPr>
          <w:b w:val="0"/>
          <w:sz w:val="21"/>
        </w:rPr>
        <w:t>株式会社○○○○</w:t>
      </w:r>
    </w:p>
    <w:p>
      <w:pPr>
        <w:spacing w:after="0" w:before="0" w:line="288" w:lineRule="auto"/>
        <w:jc w:val="right"/>
      </w:pPr>
      <w:r>
        <w:rPr>
          <w:b w:val="0"/>
          <w:sz w:val="21"/>
        </w:rPr>
        <w:t>代表取締役　○○ ○○</w:t>
      </w:r>
    </w:p>
    <w:p>
      <w:pPr>
        <w:spacing w:after="280" w:before="0" w:line="288" w:lineRule="auto"/>
        <w:jc w:val="right"/>
      </w:pPr>
      <w:r>
        <w:rPr>
          <w:b w:val="0"/>
          <w:sz w:val="18"/>
        </w:rPr>
        <w:t>(担当:人事部 ○○　電話 ○○-○○○○-○○○○)</w:t>
      </w:r>
    </w:p>
    <w:p>
      <w:pPr>
        <w:spacing w:after="240" w:before="0" w:line="288" w:lineRule="auto"/>
        <w:jc w:val="center"/>
      </w:pPr>
      <w:r>
        <w:rPr>
          <w:b/>
          <w:sz w:val="40"/>
        </w:rPr>
        <w:t>採 用 通 知 書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>拝啓　時下ますますご清祥のこととお喜び申し上げます。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 xml:space="preserve">　このたびは、当社の採用選考にご応募いただき、誠にありがとうございました。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 xml:space="preserve">　厳正な選考の結果、あなたを採用することに決定いたしましたので、ご通知申し上げます。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 xml:space="preserve">　つきましては、下記のとおりご出社くださいますようお願いいたします。</w:t>
      </w:r>
    </w:p>
    <w:p>
      <w:pPr>
        <w:spacing w:after="120" w:before="0" w:line="288" w:lineRule="auto"/>
        <w:jc w:val="right"/>
      </w:pPr>
      <w:r>
        <w:rPr>
          <w:b w:val="0"/>
          <w:sz w:val="21"/>
        </w:rPr>
        <w:t>敬具</w:t>
      </w:r>
    </w:p>
    <w:p>
      <w:pPr>
        <w:spacing w:after="120" w:before="0" w:line="288" w:lineRule="auto"/>
        <w:jc w:val="center"/>
      </w:pPr>
      <w:r>
        <w:rPr>
          <w:b w:val="0"/>
          <w:sz w:val="21"/>
        </w:rPr>
        <w:t>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入社日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20XX年○月○日(○)　午前9時00分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出社場所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本社 2階 人事部(○○県○○市○○町1-2-3)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職種・所属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営業職(営業部 営業1課)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雇用形態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正社員(期間の定めなし)　試用期間 3か月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持ち物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筆記用具、印鑑、通勤経路がわかるもの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提出書類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(1)年金手帳または基礎年金番号がわかる書類　(2)雇用保険被保険者証</w:t>
              <w:br/>
              <w:t>(3)源泉徴収票(前職のもの)　(4)給与振込口座の届出書(同封)</w:t>
              <w:br/>
              <w:t>(5)マイナンバーの確認書類</w:t>
            </w:r>
          </w:p>
        </w:tc>
      </w:tr>
    </w:tbl>
    <w:p>
      <w:pPr>
        <w:spacing w:after="40" w:before="0" w:line="288" w:lineRule="auto"/>
        <w:jc w:val="left"/>
      </w:pPr>
    </w:p>
    <w:p>
      <w:pPr>
        <w:spacing w:after="40" w:before="0" w:line="288" w:lineRule="auto"/>
        <w:jc w:val="left"/>
      </w:pPr>
      <w:r>
        <w:rPr>
          <w:b w:val="0"/>
          <w:sz w:val="21"/>
        </w:rPr>
        <w:t>※給与・勤務時間などの労働条件は、入社日にお渡しする労働条件通知書でご確認ください。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>※ご不明な点は、上記の担当者までお問い合わせください。</w:t>
      </w:r>
    </w:p>
    <w:p>
      <w:pPr>
        <w:spacing w:after="80" w:before="120" w:line="288" w:lineRule="auto"/>
        <w:jc w:val="right"/>
      </w:pPr>
      <w:r>
        <w:rPr>
          <w:b w:val="0"/>
          <w:sz w:val="21"/>
        </w:rPr>
        <w:t>以上</w:t>
      </w:r>
    </w:p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