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 w:line="360" w:lineRule="auto"/>
        <w:jc w:val="center"/>
      </w:pPr>
      <w:r>
        <w:rPr>
          <w:b/>
          <w:sz w:val="48"/>
        </w:rPr>
        <w:t>誓　約　書</w:t>
      </w:r>
    </w:p>
    <w:p>
      <w:pPr>
        <w:spacing w:after="0" w:line="360" w:lineRule="auto"/>
        <w:jc w:val="left"/>
      </w:pPr>
      <w:r>
        <w:rPr>
          <w:b w:val="0"/>
          <w:sz w:val="24"/>
        </w:rPr>
        <w:t>株式会社○○○○</w:t>
      </w:r>
    </w:p>
    <w:p>
      <w:pPr>
        <w:spacing w:after="0" w:line="360" w:lineRule="auto"/>
        <w:jc w:val="left"/>
      </w:pPr>
      <w:r>
        <w:rPr>
          <w:b w:val="0"/>
          <w:sz w:val="24"/>
        </w:rPr>
        <w:t>代表取締役　○○ ○○　殿</w:t>
      </w:r>
    </w:p>
    <w:p>
      <w:pPr>
        <w:spacing w:after="240" w:line="360" w:lineRule="auto"/>
        <w:jc w:val="left"/>
      </w:pPr>
    </w:p>
    <w:p>
      <w:pPr>
        <w:spacing w:after="200" w:line="360" w:lineRule="auto"/>
        <w:jc w:val="left"/>
      </w:pPr>
      <w:r>
        <w:rPr>
          <w:b w:val="0"/>
          <w:sz w:val="24"/>
        </w:rPr>
        <w:t>私は、貴社に在職中および退職後において、次の事項を守ることを誓約いたします。</w:t>
      </w:r>
    </w:p>
    <w:p>
      <w:pPr>
        <w:spacing w:after="160" w:line="360" w:lineRule="auto"/>
        <w:jc w:val="center"/>
      </w:pPr>
      <w:r>
        <w:rPr>
          <w:b w:val="0"/>
          <w:sz w:val="24"/>
        </w:rPr>
        <w:t>記</w:t>
      </w:r>
    </w:p>
    <w:p>
      <w:pPr>
        <w:spacing w:after="120" w:line="360" w:lineRule="auto"/>
        <w:ind w:left="397" w:hanging="397"/>
        <w:jc w:val="left"/>
      </w:pPr>
      <w:r>
        <w:rPr>
          <w:b w:val="0"/>
          <w:sz w:val="24"/>
        </w:rPr>
        <w:t>1．業務上知り得た貴社および取引先の技術情報、顧客情報、営業情報その他一切の秘密情報(以下「秘密情報」という)を、第三者に開示または漏えいしないこと。</w:t>
      </w:r>
    </w:p>
    <w:p>
      <w:pPr>
        <w:spacing w:after="120" w:line="360" w:lineRule="auto"/>
        <w:ind w:left="397" w:hanging="397"/>
        <w:jc w:val="left"/>
      </w:pPr>
      <w:r>
        <w:rPr>
          <w:b w:val="0"/>
          <w:sz w:val="24"/>
        </w:rPr>
        <w:t>2．秘密情報を、業務以外の目的で使用しないこと。</w:t>
      </w:r>
    </w:p>
    <w:p>
      <w:pPr>
        <w:spacing w:after="120" w:line="360" w:lineRule="auto"/>
        <w:ind w:left="397" w:hanging="397"/>
        <w:jc w:val="left"/>
      </w:pPr>
      <w:r>
        <w:rPr>
          <w:b w:val="0"/>
          <w:sz w:val="24"/>
        </w:rPr>
        <w:t>3．業務上作成または取得した書類・データ等を、許可なく複製したり、社外に持ち出したりしないこと。</w:t>
      </w:r>
    </w:p>
    <w:p>
      <w:pPr>
        <w:spacing w:after="120" w:line="360" w:lineRule="auto"/>
        <w:ind w:left="397" w:hanging="397"/>
        <w:jc w:val="left"/>
      </w:pPr>
      <w:r>
        <w:rPr>
          <w:b w:val="0"/>
          <w:sz w:val="24"/>
        </w:rPr>
        <w:t>4．退職時には、秘密情報を含む書類・データ等をすべて貴社に返却し、手元に残さないこと。</w:t>
      </w:r>
    </w:p>
    <w:p>
      <w:pPr>
        <w:spacing w:after="120" w:line="360" w:lineRule="auto"/>
        <w:ind w:left="397" w:hanging="397"/>
        <w:jc w:val="left"/>
      </w:pPr>
      <w:r>
        <w:rPr>
          <w:b w:val="0"/>
          <w:sz w:val="24"/>
        </w:rPr>
        <w:t>5．本誓約に違反し貴社に損害を与えた場合は、その責任を負うこと。</w:t>
      </w:r>
    </w:p>
    <w:p>
      <w:pPr>
        <w:spacing w:after="480" w:line="360" w:lineRule="auto"/>
        <w:jc w:val="right"/>
      </w:pPr>
      <w:r>
        <w:rPr>
          <w:b w:val="0"/>
          <w:sz w:val="24"/>
        </w:rPr>
        <w:t>以上</w:t>
      </w:r>
    </w:p>
    <w:p>
      <w:pPr>
        <w:spacing w:after="280" w:line="360" w:lineRule="auto"/>
        <w:jc w:val="left"/>
      </w:pPr>
      <w:r>
        <w:rPr>
          <w:b w:val="0"/>
          <w:sz w:val="24"/>
        </w:rPr>
        <w:t>令和○年○月○日</w:t>
      </w:r>
    </w:p>
    <w:p>
      <w:pPr>
        <w:spacing w:after="240" w:line="360" w:lineRule="auto"/>
        <w:ind w:left="3969"/>
        <w:jc w:val="left"/>
      </w:pPr>
      <w:r>
        <w:rPr>
          <w:b w:val="0"/>
          <w:sz w:val="24"/>
        </w:rPr>
        <w:t>住所</w:t>
      </w:r>
    </w:p>
    <w:p>
      <w:pPr>
        <w:spacing w:after="240" w:line="360" w:lineRule="auto"/>
        <w:ind w:left="3969"/>
        <w:jc w:val="left"/>
      </w:pPr>
      <w:r>
        <w:rPr>
          <w:b w:val="0"/>
          <w:sz w:val="24"/>
        </w:rPr>
        <w:t>氏名　　　　　　　　　　　　　　　印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