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line="360" w:lineRule="auto"/>
        <w:jc w:val="center"/>
      </w:pPr>
      <w:r>
        <w:rPr>
          <w:b/>
          <w:sz w:val="48"/>
        </w:rPr>
        <w:t>誓　約　書</w:t>
      </w:r>
    </w:p>
    <w:p>
      <w:pPr>
        <w:spacing w:after="0" w:line="360" w:lineRule="auto"/>
        <w:jc w:val="left"/>
      </w:pPr>
      <w:r>
        <w:rPr>
          <w:b w:val="0"/>
          <w:sz w:val="24"/>
        </w:rPr>
        <w:t>○○ ○○　様</w:t>
      </w:r>
    </w:p>
    <w:p>
      <w:pPr>
        <w:spacing w:after="240" w:line="360" w:lineRule="auto"/>
        <w:jc w:val="left"/>
      </w:pPr>
    </w:p>
    <w:p>
      <w:pPr>
        <w:spacing w:after="200" w:line="360" w:lineRule="auto"/>
        <w:jc w:val="left"/>
      </w:pPr>
      <w:r>
        <w:rPr>
          <w:b w:val="0"/>
          <w:sz w:val="24"/>
        </w:rPr>
        <w:t>私は、あなたに対し、次の事項を守ることを誓約いたします。</w:t>
      </w:r>
    </w:p>
    <w:p>
      <w:pPr>
        <w:spacing w:after="160" w:line="360" w:lineRule="auto"/>
        <w:jc w:val="center"/>
      </w:pPr>
      <w:r>
        <w:rPr>
          <w:b w:val="0"/>
          <w:sz w:val="24"/>
        </w:rPr>
        <w:t>記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1．(例)○○について、今後は○○しないこと。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2．(例)借りた金○○円を、令和○年○月○日までに全額返済すること。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3．(例)上記に違反した場合は、○○すること。</w:t>
      </w:r>
    </w:p>
    <w:p>
      <w:pPr>
        <w:spacing w:after="480" w:line="360" w:lineRule="auto"/>
        <w:jc w:val="right"/>
      </w:pPr>
      <w:r>
        <w:rPr>
          <w:b w:val="0"/>
          <w:sz w:val="24"/>
        </w:rPr>
        <w:t>以上</w:t>
      </w:r>
    </w:p>
    <w:p>
      <w:pPr>
        <w:spacing w:after="280" w:line="360" w:lineRule="auto"/>
        <w:jc w:val="left"/>
      </w:pPr>
      <w:r>
        <w:rPr>
          <w:b w:val="0"/>
          <w:sz w:val="24"/>
        </w:rPr>
        <w:t>令和○年○月○日</w:t>
      </w:r>
    </w:p>
    <w:p>
      <w:pPr>
        <w:spacing w:after="240" w:line="360" w:lineRule="auto"/>
        <w:ind w:left="3969"/>
        <w:jc w:val="left"/>
      </w:pPr>
      <w:r>
        <w:rPr>
          <w:b w:val="0"/>
          <w:sz w:val="24"/>
        </w:rPr>
        <w:t>住所</w:t>
      </w:r>
    </w:p>
    <w:p>
      <w:pPr>
        <w:spacing w:after="240" w:line="360" w:lineRule="auto"/>
        <w:ind w:left="3969"/>
        <w:jc w:val="left"/>
      </w:pPr>
      <w:r>
        <w:rPr>
          <w:b w:val="0"/>
          <w:sz w:val="24"/>
        </w:rPr>
        <w:t>氏名　　　　　　　　　　　　　　　印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