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412"/>
      </w:tblGrid>
      <w:tr>
        <w:trPr>
          <w:trHeight w:val="1360" w:hRule="atLeast"/>
        </w:trPr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  <w:t>収入</w:t>
              <w:br/>
              <w:t>印紙</w:t>
            </w:r>
          </w:p>
        </w:tc>
      </w:tr>
    </w:tbl>
    <w:p>
      <w:pPr>
        <w:spacing w:after="160" w:before="0" w:line="288" w:lineRule="auto"/>
        <w:jc w:val="center"/>
      </w:pPr>
      <w:r>
        <w:rPr>
          <w:b/>
          <w:sz w:val="48"/>
        </w:rPr>
        <w:t>借　用　書</w:t>
      </w:r>
    </w:p>
    <w:p>
      <w:pPr>
        <w:spacing w:after="240" w:before="0" w:line="288" w:lineRule="auto"/>
        <w:jc w:val="left"/>
      </w:pPr>
      <w:r>
        <w:rPr>
          <w:b w:val="0"/>
          <w:sz w:val="24"/>
        </w:rPr>
        <w:t>貸主　　　　　　　　　　　殿</w:t>
      </w:r>
    </w:p>
    <w:p>
      <w:pPr>
        <w:spacing w:after="40" w:before="0" w:line="288" w:lineRule="auto"/>
        <w:jc w:val="center"/>
      </w:pPr>
      <w:r>
        <w:rPr>
          <w:b/>
          <w:sz w:val="36"/>
        </w:rPr>
        <w:t>金　　　　　　　　　　　　円也</w:t>
      </w:r>
    </w:p>
    <w:p>
      <w:pPr>
        <w:spacing w:after="240" w:before="0" w:line="288" w:lineRule="auto"/>
        <w:jc w:val="center"/>
      </w:pPr>
      <w:r>
        <w:rPr>
          <w:b w:val="0"/>
          <w:sz w:val="17"/>
        </w:rPr>
        <w:t>(算用数字の場合は ¥1,000,000- のように書く)</w:t>
      </w:r>
    </w:p>
    <w:p>
      <w:pPr>
        <w:spacing w:after="160" w:before="0" w:line="288" w:lineRule="auto"/>
        <w:jc w:val="left"/>
      </w:pPr>
      <w:r>
        <w:rPr>
          <w:b w:val="0"/>
          <w:sz w:val="21"/>
        </w:rPr>
        <w:t xml:space="preserve">　私は、貸主から上記の金額を本日たしかに借り受けました。下記の条件で返済することを約束します。</w:t>
      </w:r>
    </w:p>
    <w:p>
      <w:pPr>
        <w:spacing w:after="120" w:before="0" w:line="288" w:lineRule="auto"/>
        <w:jc w:val="center"/>
      </w:pPr>
      <w:r>
        <w:rPr>
          <w:b w:val="0"/>
          <w:sz w:val="22"/>
        </w:rPr>
        <w:t>記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1．返済方法　20XX年○月から20XX年○月まで、毎月○日限り、金○○,○○○円ずつ(全○回)、貸主の指定する銀行口座に振り込んで支払う。振込手数料は借主の負担とする。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2．利息　年○％とする。(利息をつけない場合は「なし」と書く)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3．遅延損害金　返済が遅れたときは、遅れた金額に対し、年○％の割合による遅延損害金を支払う。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4．期限の利益の喪失　借主が分割金の支払いを2回以上怠ったときは、貸主の請求により、残りの金額を直ちに一括して支払う。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5．繰上げ返済　借主は、いつでも残りの金額の全部または一部を前もって返済できる。</w:t>
      </w:r>
    </w:p>
    <w:p>
      <w:pPr>
        <w:spacing w:after="160" w:before="0" w:line="288" w:lineRule="auto"/>
        <w:jc w:val="right"/>
      </w:pPr>
      <w:r>
        <w:rPr>
          <w:b w:val="0"/>
          <w:sz w:val="22"/>
        </w:rPr>
        <w:t>以上</w:t>
      </w:r>
    </w:p>
    <w:p>
      <w:pPr>
        <w:spacing w:after="40" w:before="0" w:line="288" w:lineRule="auto"/>
        <w:jc w:val="left"/>
      </w:pPr>
      <w:r>
        <w:rPr>
          <w:b w:val="0"/>
          <w:sz w:val="22"/>
        </w:rPr>
        <w:t>20XX年○月○日</w:t>
      </w:r>
    </w:p>
    <w:p>
      <w:pPr>
        <w:spacing w:after="40" w:before="120" w:line="288" w:lineRule="auto"/>
        <w:jc w:val="left"/>
      </w:pPr>
      <w:r>
        <w:rPr>
          <w:b/>
          <w:sz w:val="22"/>
        </w:rPr>
        <w:t>借主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電話　　　　　　　　　　　　　　　</w:t>
      </w:r>
    </w:p>
    <w:p>
      <w:pPr>
        <w:spacing w:after="40" w:before="120" w:line="288" w:lineRule="auto"/>
        <w:jc w:val="left"/>
      </w:pPr>
      <w:r>
        <w:rPr>
          <w:b/>
          <w:sz w:val="22"/>
        </w:rPr>
        <w:t>連帯保証人(必要な場合のみ)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p>
      <w:r>
        <w:br w:type="page"/>
      </w:r>
    </w:p>
    <w:p>
      <w:pPr>
        <w:spacing w:after="160" w:before="0" w:line="288" w:lineRule="auto"/>
        <w:jc w:val="center"/>
      </w:pPr>
      <w:r>
        <w:rPr>
          <w:b/>
          <w:sz w:val="32"/>
        </w:rPr>
        <w:t>返済予定表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7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回</w:t>
            </w:r>
          </w:p>
        </w:tc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返済日</w:t>
            </w:r>
          </w:p>
        </w:tc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返済額</w:t>
            </w:r>
          </w:p>
        </w:tc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残高</w:t>
            </w:r>
          </w:p>
        </w:tc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受領印・確認</w:t>
            </w:r>
          </w:p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6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7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8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9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10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11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  <w:tr>
        <w:trPr>
          <w:trHeight w:val="793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12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 xml:space="preserve">　　年　　月　　日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154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円</w:t>
            </w:r>
          </w:p>
        </w:tc>
        <w:tc>
          <w:tcPr>
            <w:tcW w:type="dxa" w:w="2268"/>
          </w:tcPr>
          <w:p/>
        </w:tc>
      </w:tr>
    </w:tbl>
    <w:p>
      <w:pPr>
        <w:spacing w:after="80" w:before="0" w:line="288" w:lineRule="auto"/>
        <w:jc w:val="left"/>
      </w:pPr>
    </w:p>
    <w:p>
      <w:pPr>
        <w:spacing w:after="0" w:before="0" w:line="288" w:lineRule="auto"/>
        <w:jc w:val="left"/>
      </w:pPr>
      <w:r>
        <w:rPr>
          <w:b w:val="0"/>
          <w:sz w:val="19"/>
        </w:rPr>
        <w:t>※返済のたびに、貸主が受領印を押すか、振込の記録(通帳の写しなど)を残しておくと安心です。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