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center"/>
      </w:pPr>
      <w:r>
        <w:rPr>
          <w:b/>
          <w:sz w:val="48"/>
        </w:rPr>
        <w:t>物 品 借 用 書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>貸主　　　　　　　　　　　殿</w:t>
      </w:r>
    </w:p>
    <w:p>
      <w:pPr>
        <w:spacing w:after="160" w:before="0" w:line="288" w:lineRule="auto"/>
        <w:jc w:val="left"/>
      </w:pPr>
      <w:r>
        <w:rPr>
          <w:b w:val="0"/>
          <w:sz w:val="21"/>
        </w:rPr>
        <w:t xml:space="preserve">　私は、貸主から下記の物品を本日たしかに借り受けました。下記の条件を守って使用し、期限までに返却することを約束します。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317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品名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数量</w:t>
            </w:r>
          </w:p>
        </w:tc>
        <w:tc>
          <w:tcPr>
            <w:tcW w:type="dxa" w:w="3402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状態(傷・付属品など)</w:t>
            </w:r>
          </w:p>
        </w:tc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備考</w:t>
            </w:r>
          </w:p>
        </w:tc>
      </w:tr>
      <w:tr>
        <w:trPr>
          <w:trHeight w:val="623" w:hRule="atLeast"/>
        </w:trPr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(例)プロジェクター ○○製 型番AB-100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1台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0"/>
              </w:rPr>
              <w:t>目立つ傷なし。リモコン・ケーブル付き</w:t>
            </w:r>
          </w:p>
        </w:tc>
        <w:tc>
          <w:tcPr>
            <w:tcW w:type="dxa" w:w="1814"/>
          </w:tcPr>
          <w:p/>
        </w:tc>
      </w:tr>
      <w:tr>
        <w:trPr>
          <w:trHeight w:val="623" w:hRule="atLeast"/>
        </w:trPr>
        <w:tc>
          <w:tcPr>
            <w:tcW w:type="dxa" w:w="3175"/>
          </w:tcPr>
          <w:p/>
        </w:tc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1814"/>
          </w:tcPr>
          <w:p/>
        </w:tc>
      </w:tr>
      <w:tr>
        <w:trPr>
          <w:trHeight w:val="623" w:hRule="atLeast"/>
        </w:trPr>
        <w:tc>
          <w:tcPr>
            <w:tcW w:type="dxa" w:w="3175"/>
          </w:tcPr>
          <w:p/>
        </w:tc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1814"/>
          </w:tcPr>
          <w:p/>
        </w:tc>
      </w:tr>
      <w:tr>
        <w:trPr>
          <w:trHeight w:val="623" w:hRule="atLeast"/>
        </w:trPr>
        <w:tc>
          <w:tcPr>
            <w:tcW w:type="dxa" w:w="3175"/>
          </w:tcPr>
          <w:p/>
        </w:tc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1814"/>
          </w:tcPr>
          <w:p/>
        </w:tc>
      </w:tr>
      <w:tr>
        <w:trPr>
          <w:trHeight w:val="623" w:hRule="atLeast"/>
        </w:trPr>
        <w:tc>
          <w:tcPr>
            <w:tcW w:type="dxa" w:w="3175"/>
          </w:tcPr>
          <w:p/>
        </w:tc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1814"/>
          </w:tcPr>
          <w:p/>
        </w:tc>
      </w:tr>
    </w:tbl>
    <w:p>
      <w:pPr>
        <w:spacing w:after="120" w:before="0" w:line="288" w:lineRule="auto"/>
        <w:jc w:val="left"/>
      </w:pPr>
    </w:p>
    <w:p>
      <w:pPr>
        <w:spacing w:after="120" w:before="0" w:line="288" w:lineRule="auto"/>
        <w:jc w:val="center"/>
      </w:pPr>
      <w:r>
        <w:rPr>
          <w:b w:val="0"/>
          <w:sz w:val="22"/>
        </w:rPr>
        <w:t>記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1．借用期間　20XX年○月○日から20XX年○月○日まで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2．使用目的　(例)○○の説明会で使用するため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3．返却場所　(例)貸主の自宅(または○○事務所)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4．使用の約束　借用物は大切に使い、貸主の許可なく他人に貸したり、譲ったりしない。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5．破損・紛失　借用物を壊したり、なくしたりしたときは、すぐに貸主に知らせ、修理費または同じ程度の物の代金を支払う。</w:t>
      </w:r>
    </w:p>
    <w:p>
      <w:pPr>
        <w:spacing w:after="160" w:before="0" w:line="288" w:lineRule="auto"/>
        <w:jc w:val="right"/>
      </w:pPr>
      <w:r>
        <w:rPr>
          <w:b w:val="0"/>
          <w:sz w:val="22"/>
        </w:rPr>
        <w:t>以上</w:t>
      </w:r>
    </w:p>
    <w:p>
      <w:pPr>
        <w:spacing w:after="40" w:before="0" w:line="288" w:lineRule="auto"/>
        <w:jc w:val="left"/>
      </w:pPr>
      <w:r>
        <w:rPr>
          <w:b w:val="0"/>
          <w:sz w:val="22"/>
        </w:rPr>
        <w:t>20XX年○月○日</w:t>
      </w:r>
    </w:p>
    <w:p>
      <w:pPr>
        <w:spacing w:after="40" w:before="120" w:line="288" w:lineRule="auto"/>
        <w:jc w:val="left"/>
      </w:pPr>
      <w:r>
        <w:rPr>
          <w:b/>
          <w:sz w:val="22"/>
        </w:rPr>
        <w:t>借主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電話　　　　　　　　　　　　　　　</w:t>
      </w:r>
    </w:p>
    <w:p>
      <w:pPr>
        <w:spacing w:after="80" w:before="200" w:line="288" w:lineRule="auto"/>
        <w:jc w:val="right"/>
      </w:pPr>
      <w:r>
        <w:rPr>
          <w:b w:val="0"/>
          <w:sz w:val="21"/>
        </w:rPr>
        <w:t xml:space="preserve">返却確認　　20XX年　　月　　日　　貸主確認印　　　　　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