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160" w:before="0" w:line="288" w:lineRule="auto"/>
        <w:jc w:val="center"/>
      </w:pPr>
      <w:r>
        <w:rPr>
          <w:b/>
          <w:sz w:val="48"/>
        </w:rPr>
        <w:t>借　用　書</w:t>
      </w:r>
    </w:p>
    <w:p>
      <w:pPr>
        <w:spacing w:after="240" w:before="0" w:line="288" w:lineRule="auto"/>
        <w:jc w:val="left"/>
      </w:pPr>
      <w:r>
        <w:rPr>
          <w:b w:val="0"/>
          <w:sz w:val="24"/>
        </w:rPr>
        <w:t>貸主　　　　　　　　　　　殿</w:t>
      </w:r>
    </w:p>
    <w:p>
      <w:pPr>
        <w:spacing w:after="40" w:before="0" w:line="288" w:lineRule="auto"/>
        <w:jc w:val="center"/>
      </w:pPr>
      <w:r>
        <w:rPr>
          <w:b/>
          <w:sz w:val="36"/>
        </w:rPr>
        <w:t>金　　　　　　　　　　　　円也</w:t>
      </w:r>
    </w:p>
    <w:p>
      <w:pPr>
        <w:spacing w:after="240" w:before="0" w:line="288" w:lineRule="auto"/>
        <w:jc w:val="center"/>
      </w:pPr>
      <w:r>
        <w:rPr>
          <w:b w:val="0"/>
          <w:sz w:val="17"/>
        </w:rPr>
        <w:t>(算用数字の場合は ¥1,000,000- のように書く)</w:t>
      </w:r>
    </w:p>
    <w:p>
      <w:pPr>
        <w:spacing w:after="160" w:before="0" w:line="288" w:lineRule="auto"/>
        <w:jc w:val="left"/>
      </w:pPr>
      <w:r>
        <w:rPr>
          <w:b w:val="0"/>
          <w:sz w:val="21"/>
        </w:rPr>
        <w:t xml:space="preserve">　私は、貸主から上記の金額を本日たしかに借り受けました。下記の条件で返済することを約束します。</w:t>
      </w:r>
    </w:p>
    <w:p>
      <w:pPr>
        <w:spacing w:after="120" w:before="0" w:line="288" w:lineRule="auto"/>
        <w:jc w:val="center"/>
      </w:pPr>
      <w:r>
        <w:rPr>
          <w:b w:val="0"/>
          <w:sz w:val="22"/>
        </w:rPr>
        <w:t>記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1．返済期日　20XX年○月○日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2．返済方法　貸主の指定する銀行口座に振り込んで、一括で支払う。振込手数料は借主の負担とする。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3．利息　年○％とする。(利息をつけない場合は「なし」と書く)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4．遅延損害金　返済期日に返済できなかったときは、遅れた金額に対し、年○％の割合による遅延損害金を支払う。</w:t>
      </w:r>
    </w:p>
    <w:p>
      <w:pPr>
        <w:spacing w:after="80" w:before="0" w:line="288" w:lineRule="auto"/>
        <w:ind w:left="340" w:hanging="340"/>
        <w:jc w:val="left"/>
      </w:pPr>
      <w:r>
        <w:rPr>
          <w:b w:val="0"/>
          <w:sz w:val="21"/>
        </w:rPr>
        <w:t>5．期限の利益の喪失　借主が次のいずれかにあたるときは、貸主の請求により、返済期日の前でも直ちに全額を支払う。(1)差押えを受けたとき　(2)住所を変えて貸主に知らせないとき</w:t>
      </w:r>
    </w:p>
    <w:p>
      <w:pPr>
        <w:spacing w:after="160" w:before="0" w:line="288" w:lineRule="auto"/>
        <w:jc w:val="right"/>
      </w:pPr>
      <w:r>
        <w:rPr>
          <w:b w:val="0"/>
          <w:sz w:val="22"/>
        </w:rPr>
        <w:t>以上</w:t>
      </w:r>
    </w:p>
    <w:p>
      <w:pPr>
        <w:spacing w:after="40" w:before="0" w:line="288" w:lineRule="auto"/>
        <w:jc w:val="left"/>
      </w:pPr>
      <w:r>
        <w:rPr>
          <w:b w:val="0"/>
          <w:sz w:val="22"/>
        </w:rPr>
        <w:t>20XX年○月○日</w:t>
      </w:r>
    </w:p>
    <w:p>
      <w:pPr>
        <w:spacing w:after="40" w:before="120" w:line="288" w:lineRule="auto"/>
        <w:jc w:val="left"/>
      </w:pPr>
      <w:r>
        <w:rPr>
          <w:b/>
          <w:sz w:val="22"/>
        </w:rPr>
        <w:t>借主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p>
      <w:pPr>
        <w:spacing w:after="40" w:before="0" w:line="288" w:lineRule="auto"/>
        <w:jc w:val="left"/>
      </w:pPr>
      <w:r>
        <w:rPr>
          <w:b w:val="0"/>
          <w:sz w:val="21"/>
        </w:rPr>
        <w:t xml:space="preserve">電話　　　　　　　　　　　　　　　</w:t>
      </w:r>
    </w:p>
    <w:p>
      <w:pPr>
        <w:spacing w:after="40" w:before="120" w:line="288" w:lineRule="auto"/>
        <w:jc w:val="left"/>
      </w:pPr>
      <w:r>
        <w:rPr>
          <w:b/>
          <w:sz w:val="22"/>
        </w:rPr>
        <w:t>連帯保証人(必要な場合のみ)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住所　　　　　　　　　　　　　　　　　　　　　　　　　　　　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>氏名　　　　　　　　　　　　　　　　　　　　　　　　　　印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