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val="1701" w:hRule="atLeast"/>
        </w:trPr>
        <w:tc>
          <w:tcPr>
            <w:tcW w:type="dxa" w:w="7143"/>
            <w:shd w:val="clear" w:color="auto" w:fill="1F3A5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60"/>
              </w:rPr>
              <w:t>○○ NEWS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0"/>
              </w:rPr>
              <w:t>株式会社○○○○ 社内報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20XX年11月号</w:t>
              <w:br/>
              <w:t>Vol.24</w:t>
              <w:br/>
              <w:t>発行:総務部 広報担当</w:t>
            </w:r>
          </w:p>
        </w:tc>
      </w:tr>
    </w:tbl>
    <w:p>
      <w:pPr>
        <w:spacing w:before="0" w:after="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社長メッセージ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10月に、創業30周年を迎えました。これまで支えてくださった皆さんに、心から感謝します。次の10年に向けて、一人ひとりが「お客様のためにできること」を考え、新しいことに挑戦する会社にしていきましょう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4252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社長の写真を貼る</w:t>
                  </w:r>
                </w:p>
              </w:tc>
            </w:tr>
          </w:tbl>
          <w:p/>
        </w:tc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新しい仲間を紹介します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○○ ○○さん(営業部)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10月に入社。前職は食品メーカーの営業。趣味はキャンプ。「早く皆さんの顔と名前を覚えたいです!」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2835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写真を貼る</w:t>
                  </w:r>
                </w:p>
              </w:tc>
            </w:tr>
          </w:tbl>
          <w:p/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△△ △△さん(製造部)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10月に入社。休日は子どもとサッカー。「安全第一でがんばります。」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部署紹介:物流課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毎日およそ300件の商品を全国に送り出しています。今年は棚の配置を見直し、ピッキングの時間を2割短くしました。「次はミスゼロの月を続けることが目標です!」(課長 ○○)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4536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部署の写真を貼る</w:t>
                  </w:r>
                </w:p>
              </w:tc>
            </w:tr>
          </w:tbl>
          <w:p/>
          <w:p>
            <w:pPr>
              <w:spacing w:before="32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できごと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・10/18 30周年記念式典を開きました(参加 120名)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・10/25 地域の清掃活動に26名が参加しました</w:t>
            </w:r>
          </w:p>
        </w:tc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お知らせ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・11/7(金) 避難訓練(10:00〜)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・11/14(金) 健康診断の申込み締切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・12/12(金) 忘年会(案内は後日)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・年末年始の休業:12/29〜1/4</w:t>
            </w:r>
          </w:p>
          <w:p>
            <w:pPr>
              <w:spacing w:before="32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おめでとうございます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・結婚:○○さん(総務部)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・勤続10年:○○さん、△△さん</w:t>
            </w:r>
          </w:p>
          <w:p>
            <w:pPr>
              <w:spacing w:before="320" w:after="100"/>
              <w:jc w:val="left"/>
              <w:pBdr>
                <w:bottom w:val="dashed" w:sz="6" w:color="1F3A5F"/>
              </w:pBdr>
            </w:pPr>
            <w:r>
              <w:rPr>
                <w:b/>
                <w:color w:val="1F3A5F"/>
                <w:sz w:val="28"/>
              </w:rPr>
              <w:t>■ 編集後記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社内報への投稿・写真を募集しています。部署のニュースや、仕事のちょっとした工夫を、広報担当までお寄せください。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3402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イラスト・季節の写真を貼る</w:t>
                  </w:r>
                </w:p>
              </w:tc>
            </w:tr>
          </w:tbl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