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line="384" w:lineRule="auto"/>
        <w:jc w:val="right"/>
      </w:pPr>
      <w:r>
        <w:rPr>
          <w:b w:val="0"/>
          <w:sz w:val="24"/>
        </w:rPr>
        <w:t>令和○年○月○日</w:t>
      </w:r>
    </w:p>
    <w:p>
      <w:pPr>
        <w:spacing w:after="0" w:line="384" w:lineRule="auto"/>
        <w:jc w:val="left"/>
      </w:pPr>
      <w:r>
        <w:rPr>
          <w:b w:val="0"/>
          <w:sz w:val="24"/>
        </w:rPr>
        <w:t>株式会社○○○○</w:t>
      </w:r>
    </w:p>
    <w:p>
      <w:pPr>
        <w:spacing w:after="280" w:line="384" w:lineRule="auto"/>
        <w:jc w:val="left"/>
      </w:pPr>
      <w:r>
        <w:rPr>
          <w:b w:val="0"/>
          <w:sz w:val="24"/>
        </w:rPr>
        <w:t>代表取締役社長　○○　○○　殿</w:t>
      </w:r>
    </w:p>
    <w:p>
      <w:pPr>
        <w:spacing w:after="0" w:line="384" w:lineRule="auto"/>
        <w:jc w:val="right"/>
      </w:pPr>
      <w:r>
        <w:rPr>
          <w:b w:val="0"/>
          <w:sz w:val="24"/>
        </w:rPr>
        <w:t>所属　○○部　○○課</w:t>
      </w:r>
    </w:p>
    <w:p>
      <w:pPr>
        <w:spacing w:after="400" w:line="384" w:lineRule="auto"/>
        <w:jc w:val="right"/>
      </w:pPr>
      <w:r>
        <w:rPr>
          <w:b w:val="0"/>
          <w:sz w:val="24"/>
        </w:rPr>
        <w:t>氏名　○○　○○　　印</w:t>
      </w:r>
    </w:p>
    <w:p>
      <w:pPr>
        <w:spacing w:after="400" w:line="384" w:lineRule="auto"/>
        <w:jc w:val="center"/>
      </w:pPr>
      <w:r>
        <w:rPr>
          <w:b/>
          <w:sz w:val="44"/>
        </w:rPr>
        <w:t>始　末　書</w:t>
      </w:r>
    </w:p>
    <w:p>
      <w:pPr>
        <w:spacing w:after="120" w:line="384" w:lineRule="auto"/>
        <w:jc w:val="left"/>
      </w:pPr>
      <w:r>
        <w:rPr>
          <w:b w:val="0"/>
          <w:sz w:val="24"/>
        </w:rPr>
        <w:t xml:space="preserve">　このたび、私は令和○年○月○日、始業時刻に○分遅刻し、○○の朝礼および会議の開始を遅らせ、皆様に多大なご迷惑をおかけいたしました。誠に申し訳ございません。</w:t>
      </w:r>
    </w:p>
    <w:p>
      <w:pPr>
        <w:spacing w:after="120" w:line="384" w:lineRule="auto"/>
        <w:jc w:val="left"/>
      </w:pPr>
      <w:r>
        <w:rPr>
          <w:b w:val="0"/>
          <w:sz w:val="24"/>
        </w:rPr>
        <w:t xml:space="preserve">　原因は、前夜に目覚まし時計の設定を確認しなかったことによる寝坊であり、社会人としての自覚が足りなかったと深く反省しております。</w:t>
      </w:r>
    </w:p>
    <w:p>
      <w:pPr>
        <w:spacing w:after="120" w:line="384" w:lineRule="auto"/>
        <w:jc w:val="left"/>
      </w:pPr>
      <w:r>
        <w:rPr>
          <w:b w:val="0"/>
          <w:sz w:val="24"/>
        </w:rPr>
        <w:t xml:space="preserve">　今後は、目覚ましを二つ設定するとともに、始業の15分前までに出社することを徹底いたします。二度とこのようなことのないよう、十分に注意いたします。</w:t>
      </w:r>
    </w:p>
    <w:p>
      <w:pPr>
        <w:spacing w:after="120" w:line="384" w:lineRule="auto"/>
        <w:jc w:val="left"/>
      </w:pPr>
      <w:r>
        <w:rPr>
          <w:b w:val="0"/>
          <w:sz w:val="24"/>
        </w:rPr>
        <w:t xml:space="preserve">　ここに始末書を提出し、心よりお詫び申し上げます。</w:t>
      </w:r>
    </w:p>
    <w:p>
      <w:pPr>
        <w:spacing w:after="0" w:line="384" w:lineRule="auto"/>
        <w:jc w:val="right"/>
      </w:pPr>
      <w:r>
        <w:rPr>
          <w:b w:val="0"/>
          <w:sz w:val="24"/>
        </w:rPr>
        <w:t>以上</w:t>
      </w:r>
    </w:p>
    <w:sectPr w:rsidR="00FC693F" w:rsidRPr="0006063C" w:rsidSect="00034616">
      <w:pgSz w:w="11906" w:h="16838"/>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游明朝" w:hAnsi="游明朝" w:eastAsia="游明朝"/>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