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 w:line="384" w:lineRule="auto"/>
        <w:jc w:val="right"/>
      </w:pPr>
      <w:r>
        <w:rPr>
          <w:b w:val="0"/>
          <w:sz w:val="24"/>
        </w:rPr>
        <w:t>令和○年○月○日</w:t>
      </w:r>
    </w:p>
    <w:p>
      <w:pPr>
        <w:spacing w:after="0" w:line="384" w:lineRule="auto"/>
        <w:jc w:val="left"/>
      </w:pPr>
      <w:r>
        <w:rPr>
          <w:b w:val="0"/>
          <w:sz w:val="24"/>
        </w:rPr>
        <w:t>株式会社○○○○</w:t>
      </w:r>
    </w:p>
    <w:p>
      <w:pPr>
        <w:spacing w:after="280" w:line="384" w:lineRule="auto"/>
        <w:jc w:val="left"/>
      </w:pPr>
      <w:r>
        <w:rPr>
          <w:b w:val="0"/>
          <w:sz w:val="24"/>
        </w:rPr>
        <w:t>代表取締役社長　○○　○○　殿</w:t>
      </w:r>
    </w:p>
    <w:p>
      <w:pPr>
        <w:spacing w:after="0" w:line="384" w:lineRule="auto"/>
        <w:jc w:val="right"/>
      </w:pPr>
      <w:r>
        <w:rPr>
          <w:b w:val="0"/>
          <w:sz w:val="24"/>
        </w:rPr>
        <w:t>所属　○○部　○○課</w:t>
      </w:r>
    </w:p>
    <w:p>
      <w:pPr>
        <w:spacing w:after="400" w:line="384" w:lineRule="auto"/>
        <w:jc w:val="right"/>
      </w:pPr>
      <w:r>
        <w:rPr>
          <w:b w:val="0"/>
          <w:sz w:val="24"/>
        </w:rPr>
        <w:t>氏名　○○　○○　　印</w:t>
      </w:r>
    </w:p>
    <w:p>
      <w:pPr>
        <w:spacing w:after="400" w:line="384" w:lineRule="auto"/>
        <w:jc w:val="center"/>
      </w:pPr>
      <w:r>
        <w:rPr>
          <w:b/>
          <w:sz w:val="44"/>
        </w:rPr>
        <w:t>始　末　書</w:t>
      </w:r>
    </w:p>
    <w:p>
      <w:pPr>
        <w:spacing w:after="120" w:line="384" w:lineRule="auto"/>
        <w:jc w:val="left"/>
      </w:pPr>
      <w:r>
        <w:rPr>
          <w:b w:val="0"/>
          <w:sz w:val="24"/>
        </w:rPr>
        <w:t xml:space="preserve">　このたび、私は令和○年○月○日、○○株式会社様への納品において、注文と異なる商品を発送するという誤りを起こしました。その結果、お客様に多大なご迷惑をおかけするとともに、会社の信用を損なう事態を招きました。誠に申し訳ございません。</w:t>
      </w:r>
    </w:p>
    <w:p>
      <w:pPr>
        <w:spacing w:after="120" w:line="384" w:lineRule="auto"/>
        <w:jc w:val="left"/>
      </w:pPr>
      <w:r>
        <w:rPr>
          <w:b w:val="0"/>
          <w:sz w:val="24"/>
        </w:rPr>
        <w:t xml:space="preserve">　原因は、出荷前の伝票と商品の照合を、私の判断で省略したことにあります。確認を怠った私の不注意によるものであり、深く反省しております。</w:t>
      </w:r>
    </w:p>
    <w:p>
      <w:pPr>
        <w:spacing w:after="120" w:line="384" w:lineRule="auto"/>
        <w:jc w:val="left"/>
      </w:pPr>
      <w:r>
        <w:rPr>
          <w:b w:val="0"/>
          <w:sz w:val="24"/>
        </w:rPr>
        <w:t xml:space="preserve">　今後は、出荷前に伝票と商品を二人で照合し、チェック表に記録することを徹底いたします。二度とこのようなことを起こさないよう、細心の注意を払って業務に取り組むことを誓います。</w:t>
      </w:r>
    </w:p>
    <w:p>
      <w:pPr>
        <w:spacing w:after="120" w:line="384" w:lineRule="auto"/>
        <w:jc w:val="left"/>
      </w:pPr>
      <w:r>
        <w:rPr>
          <w:b w:val="0"/>
          <w:sz w:val="24"/>
        </w:rPr>
        <w:t xml:space="preserve">　ここに始末書を提出し、心よりお詫び申し上げます。</w:t>
      </w:r>
    </w:p>
    <w:p>
      <w:pPr>
        <w:spacing w:after="0" w:line="384" w:lineRule="auto"/>
        <w:jc w:val="right"/>
      </w:pPr>
      <w:r>
        <w:rPr>
          <w:b w:val="0"/>
          <w:sz w:val="24"/>
        </w:rPr>
        <w:t>以上</w:t>
      </w:r>
    </w:p>
    <w:sectPr w:rsidR="00FC693F" w:rsidRPr="0006063C" w:rsidSect="00034616">
      <w:pgSz w:w="11906" w:h="16838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游明朝" w:hAnsi="游明朝" w:eastAsia="游明朝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