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sz w:val="36"/>
        </w:rPr>
        <w:t>職 務 経 歴 書</w:t>
      </w:r>
    </w:p>
    <w:p>
      <w:pPr>
        <w:spacing w:after="20" w:before="0"/>
        <w:jc w:val="right"/>
      </w:pPr>
      <w:r>
        <w:rPr>
          <w:b w:val="0"/>
          <w:sz w:val="21"/>
        </w:rPr>
        <w:t>20XX年○月○日 現在</w:t>
      </w:r>
    </w:p>
    <w:p>
      <w:pPr>
        <w:spacing w:after="80" w:before="0"/>
        <w:jc w:val="right"/>
      </w:pPr>
      <w:r>
        <w:rPr>
          <w:b w:val="0"/>
          <w:sz w:val="21"/>
        </w:rPr>
        <w:t>氏名　○○ ○○</w:t>
      </w: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職務要約</w:t>
      </w:r>
    </w:p>
    <w:p>
      <w:pPr>
        <w:spacing w:after="20" w:before="0"/>
        <w:jc w:val="left"/>
      </w:pPr>
      <w:r>
        <w:rPr>
          <w:b w:val="0"/>
          <w:color w:val="808080"/>
          <w:sz w:val="21"/>
        </w:rPr>
        <w:t>(これまでの経歴を3〜5行でまとめます。何年、どんな業界で、どんな仕事をしてきたか、主な実績を書きます)</w:t>
      </w:r>
    </w:p>
    <w:p>
      <w:pPr>
        <w:spacing w:after="20" w:before="0"/>
        <w:jc w:val="left"/>
      </w:pPr>
    </w:p>
    <w:p>
      <w:pPr>
        <w:spacing w:after="20" w:before="0"/>
        <w:jc w:val="left"/>
      </w:pP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職務経歴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9865"/>
            <w:gridSpan w:val="2"/>
            <w:shd w:val="clear" w:color="auto" w:fill="E7EEF3"/>
          </w:tcPr>
          <w:p>
            <w:pPr>
              <w:spacing w:after="0"/>
            </w:pPr>
            <w:r/>
            <w:r>
              <w:rPr>
                <w:b/>
                <w:sz w:val="21"/>
              </w:rPr>
              <w:t>会社名　(20XX年○月〜20XX年○月)</w:t>
            </w:r>
          </w:p>
        </w:tc>
      </w:tr>
      <w:tr>
        <w:trPr>
          <w:cantSplit/>
        </w:trPr>
        <w:tc>
          <w:tcPr>
            <w:tcW w:type="dxa" w:w="9865"/>
            <w:gridSpan w:val="2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8"/>
              </w:rPr>
              <w:t>事業内容:　　　　　　　　資本金:　　　　　従業員数:　　　名　雇用形態: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〜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/>
                <w:color w:val="808080"/>
                <w:sz w:val="19"/>
              </w:rPr>
              <w:t>【部署名・役職】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(担当した仕事の内容を「・」で箇条書きにします)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【実績】(数字で書けることを書きます)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</w:tc>
      </w:tr>
    </w:tbl>
    <w:p>
      <w:pPr>
        <w:spacing w:after="80" w:before="0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9865"/>
            <w:gridSpan w:val="2"/>
            <w:shd w:val="clear" w:color="auto" w:fill="E7EEF3"/>
          </w:tcPr>
          <w:p>
            <w:pPr>
              <w:spacing w:after="0"/>
            </w:pPr>
            <w:r/>
            <w:r>
              <w:rPr>
                <w:b/>
                <w:sz w:val="21"/>
              </w:rPr>
              <w:t>会社名　(20XX年○月〜20XX年○月)</w:t>
            </w:r>
          </w:p>
        </w:tc>
      </w:tr>
      <w:tr>
        <w:trPr>
          <w:cantSplit/>
        </w:trPr>
        <w:tc>
          <w:tcPr>
            <w:tcW w:type="dxa" w:w="9865"/>
            <w:gridSpan w:val="2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8"/>
              </w:rPr>
              <w:t>事業内容:　　　　　　　　資本金:　　　　　従業員数:　　　名　雇用形態: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〜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/>
                <w:color w:val="808080"/>
                <w:sz w:val="19"/>
              </w:rPr>
              <w:t>【部署名・役職】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(担当した仕事の内容を「・」で箇条書きにします)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【実績】(数字で書けることを書きます)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</w:tc>
      </w:tr>
    </w:tbl>
    <w:p>
      <w:pPr>
        <w:spacing w:after="80" w:before="0"/>
        <w:jc w:val="left"/>
      </w:pP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活かせる経験・知識・スキル</w:t>
      </w:r>
    </w:p>
    <w:p>
      <w:pPr>
        <w:spacing w:after="20" w:before="0"/>
        <w:jc w:val="left"/>
      </w:pPr>
      <w:r>
        <w:rPr>
          <w:b w:val="0"/>
          <w:color w:val="808080"/>
          <w:sz w:val="21"/>
        </w:rPr>
        <w:t>(応募する仕事で活かせることを、3つくらい箇条書きにします)</w:t>
      </w:r>
    </w:p>
    <w:p>
      <w:pPr>
        <w:spacing w:after="20" w:before="0"/>
        <w:jc w:val="left"/>
      </w:pPr>
    </w:p>
    <w:p>
      <w:pPr>
        <w:spacing w:after="20" w:before="0"/>
        <w:jc w:val="left"/>
      </w:pP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資格・PCスキル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PCスキル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自己PR</w:t>
      </w:r>
    </w:p>
    <w:p>
      <w:pPr>
        <w:spacing w:after="20" w:before="0"/>
        <w:jc w:val="left"/>
      </w:pPr>
      <w:r>
        <w:rPr>
          <w:b w:val="0"/>
          <w:color w:val="808080"/>
          <w:sz w:val="21"/>
        </w:rPr>
        <w:t>(強みを1つか2つにしぼり、それがわかる経験と、入社後にどう活かすかを書きます)</w:t>
      </w:r>
    </w:p>
    <w:p>
      <w:pPr>
        <w:spacing w:after="20" w:before="0"/>
        <w:jc w:val="left"/>
      </w:pPr>
    </w:p>
    <w:p>
      <w:pPr>
        <w:spacing w:after="20" w:before="0"/>
        <w:jc w:val="left"/>
      </w:pPr>
    </w:p>
    <w:p>
      <w:pPr>
        <w:spacing w:after="20" w:before="0"/>
        <w:jc w:val="left"/>
      </w:pPr>
    </w:p>
    <w:p>
      <w:pPr>
        <w:spacing w:after="40" w:before="12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