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  <w:jc w:val="center"/>
      </w:pPr>
      <w:r>
        <w:rPr>
          <w:b/>
          <w:sz w:val="36"/>
        </w:rPr>
        <w:t>職 務 経 歴 書</w:t>
      </w:r>
    </w:p>
    <w:p>
      <w:pPr>
        <w:spacing w:after="20" w:before="0"/>
        <w:jc w:val="right"/>
      </w:pPr>
      <w:r>
        <w:rPr>
          <w:b w:val="0"/>
          <w:sz w:val="21"/>
        </w:rPr>
        <w:t>20XX年○月○日 現在</w:t>
      </w:r>
    </w:p>
    <w:p>
      <w:pPr>
        <w:spacing w:after="80" w:before="0"/>
        <w:jc w:val="right"/>
      </w:pPr>
      <w:r>
        <w:rPr>
          <w:b w:val="0"/>
          <w:sz w:val="21"/>
        </w:rPr>
        <w:t>氏名　○○ ○○</w:t>
      </w:r>
    </w:p>
    <w:p>
      <w:pPr>
        <w:keepNext/>
        <w:spacing w:after="60" w:before="180"/>
        <w:jc w:val="left"/>
        <w:pBdr>
          <w:bottom w:val="single" w:sz="6" w:space="1" w:color="4A6A80"/>
        </w:pBdr>
      </w:pPr>
      <w:r>
        <w:rPr>
          <w:b/>
          <w:sz w:val="23"/>
        </w:rPr>
        <w:t>■ 職務要約</w:t>
      </w:r>
    </w:p>
    <w:p>
      <w:pPr>
        <w:spacing w:after="20" w:before="0"/>
        <w:jc w:val="left"/>
      </w:pPr>
      <w:r>
        <w:rPr>
          <w:b w:val="0"/>
          <w:sz w:val="21"/>
        </w:rPr>
        <w:t>一般事務・経理事務として約8年、請求書の発行や入金の確認、月次決算の補助などを担当してきました。2社で経験を積み、Excelを使った作業の効率化にも取り組んできました。</w:t>
      </w:r>
    </w:p>
    <w:p>
      <w:pPr>
        <w:keepNext/>
        <w:spacing w:after="60" w:before="180"/>
        <w:jc w:val="left"/>
        <w:pBdr>
          <w:bottom w:val="single" w:sz="6" w:space="1" w:color="4A6A80"/>
        </w:pBdr>
      </w:pPr>
      <w:r>
        <w:rPr>
          <w:b/>
          <w:sz w:val="23"/>
        </w:rPr>
        <w:t>■ 職務経歴(職種ごと)</w:t>
      </w:r>
    </w:p>
    <w:p>
      <w:pPr>
        <w:spacing w:after="40" w:before="0"/>
        <w:jc w:val="left"/>
      </w:pPr>
      <w:r>
        <w:rPr>
          <w:b/>
          <w:sz w:val="21"/>
        </w:rPr>
        <w:t>【経理事務】(合計 約5年)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1928"/>
            <w:shd w:val="clear" w:color="auto" w:fill="F2F5F7"/>
          </w:tcPr>
          <w:p>
            <w:pPr>
              <w:spacing w:after="0"/>
            </w:pPr>
            <w:r/>
            <w:r>
              <w:rPr>
                <w:b/>
                <w:sz w:val="19"/>
              </w:rPr>
              <w:t>期間・会社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20XX年4月〜現在　株式会社△△△△(食品卸売・従業員80名)　正社員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2F5F7"/>
          </w:tcPr>
          <w:p>
            <w:pPr>
              <w:spacing w:after="0"/>
            </w:pPr>
            <w:r/>
            <w:r>
              <w:rPr>
                <w:b/>
                <w:sz w:val="19"/>
              </w:rPr>
              <w:t>業務内容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・請求書の発行(月約300件)、入金の確認と売掛金の管理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・経費精算のチェック、支払いの準備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・月次決算の補助(仕訳の入力、試算表の作成)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2F5F7"/>
          </w:tcPr>
          <w:p>
            <w:pPr>
              <w:spacing w:after="0"/>
            </w:pPr>
            <w:r/>
            <w:r>
              <w:rPr>
                <w:b/>
                <w:sz w:val="19"/>
              </w:rPr>
              <w:t>実績・工夫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・Excelで入金の消し込み表を作り、月末の確認作業を2日から1日に短縮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・会計ソフトの入れ替えに合わせて、勘定科目の見直しを担当</w:t>
            </w:r>
          </w:p>
        </w:tc>
      </w:tr>
    </w:tbl>
    <w:p>
      <w:pPr>
        <w:spacing w:after="80" w:before="0"/>
        <w:jc w:val="left"/>
      </w:pPr>
    </w:p>
    <w:p>
      <w:pPr>
        <w:spacing w:after="40" w:before="0"/>
        <w:jc w:val="left"/>
      </w:pPr>
      <w:r>
        <w:rPr>
          <w:b/>
          <w:sz w:val="21"/>
        </w:rPr>
        <w:t>【一般事務】(合計 約3年)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1928"/>
            <w:shd w:val="clear" w:color="auto" w:fill="F2F5F7"/>
          </w:tcPr>
          <w:p>
            <w:pPr>
              <w:spacing w:after="0"/>
            </w:pPr>
            <w:r/>
            <w:r>
              <w:rPr>
                <w:b/>
                <w:sz w:val="19"/>
              </w:rPr>
              <w:t>期間・会社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20XX年4月〜20XX年3月　株式会社○○○○(建設業・従業員40名)　正社員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2F5F7"/>
          </w:tcPr>
          <w:p>
            <w:pPr>
              <w:spacing w:after="0"/>
            </w:pPr>
            <w:r/>
            <w:r>
              <w:rPr>
                <w:b/>
                <w:sz w:val="19"/>
              </w:rPr>
              <w:t>業務内容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・電話・来客の対応、書類の作成・ファイリング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・備品の管理と発注、勤怠の集計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・社内行事の準備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2F5F7"/>
          </w:tcPr>
          <w:p>
            <w:pPr>
              <w:spacing w:after="0"/>
            </w:pPr>
            <w:r/>
            <w:r>
              <w:rPr>
                <w:b/>
                <w:sz w:val="19"/>
              </w:rPr>
              <w:t>実績・工夫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・書類の保管ルールを決めて、必要な書類を探す時間を減らした</w:t>
            </w:r>
          </w:p>
        </w:tc>
      </w:tr>
    </w:tbl>
    <w:p>
      <w:pPr>
        <w:keepNext/>
        <w:spacing w:after="60" w:before="180"/>
        <w:jc w:val="left"/>
        <w:pBdr>
          <w:bottom w:val="single" w:sz="6" w:space="1" w:color="4A6A80"/>
        </w:pBdr>
      </w:pPr>
      <w:r>
        <w:rPr>
          <w:b/>
          <w:sz w:val="23"/>
        </w:rPr>
        <w:t>■ 職歴の一覧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20XX年4月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株式会社○○○○ 入社(総務部 一般事務)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20XX年3月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一身上の都合により退職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20XX年4月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株式会社△△△△ 入社(管理部 経理課)　現在に至る</w:t>
            </w:r>
          </w:p>
        </w:tc>
      </w:tr>
    </w:tbl>
    <w:p>
      <w:pPr>
        <w:keepNext/>
        <w:spacing w:after="60" w:before="180"/>
        <w:jc w:val="left"/>
        <w:pBdr>
          <w:bottom w:val="single" w:sz="6" w:space="1" w:color="4A6A80"/>
        </w:pBdr>
      </w:pPr>
      <w:r>
        <w:rPr>
          <w:b/>
          <w:sz w:val="23"/>
        </w:rPr>
        <w:t>■ 資格・PCスキル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20XX年○月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日商簿記検定2級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20XX年○月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MOS(Excel)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PCスキル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Excel(VLOOKUP・SUMIFS・ピボットテーブル)、Word、会計ソフト(弥生会計・freee)</w:t>
            </w:r>
          </w:p>
        </w:tc>
      </w:tr>
    </w:tbl>
    <w:p>
      <w:pPr>
        <w:keepNext/>
        <w:spacing w:after="60" w:before="180"/>
        <w:jc w:val="left"/>
        <w:pBdr>
          <w:bottom w:val="single" w:sz="6" w:space="1" w:color="4A6A80"/>
        </w:pBdr>
      </w:pPr>
      <w:r>
        <w:rPr>
          <w:b/>
          <w:sz w:val="23"/>
        </w:rPr>
        <w:t>■ 自己PR</w:t>
      </w:r>
    </w:p>
    <w:p>
      <w:pPr>
        <w:spacing w:after="20" w:before="0"/>
        <w:jc w:val="left"/>
      </w:pPr>
      <w:r>
        <w:rPr>
          <w:b w:val="0"/>
          <w:sz w:val="21"/>
        </w:rPr>
        <w:t>【正確さと、作業を効率よくする工夫】</w:t>
      </w:r>
    </w:p>
    <w:p>
      <w:pPr>
        <w:spacing w:after="20" w:before="0"/>
        <w:jc w:val="left"/>
      </w:pPr>
      <w:r>
        <w:rPr>
          <w:b w:val="0"/>
          <w:sz w:val="21"/>
        </w:rPr>
        <w:t>経理事務では、1円のまちがいも見逃さないよう、ダブルチェックの手順を自分で決めて作業してきました。また、毎月くり返す作業はExcelの関数でまとめ、確認の時間を短くしてきました。これまでの経験を活かし、貴社の経理業務を正確に、効率よく進めることに貢献したいと考えています。</w:t>
      </w:r>
    </w:p>
    <w:p>
      <w:pPr>
        <w:spacing w:after="40" w:before="120"/>
        <w:jc w:val="right"/>
      </w:pPr>
      <w:r>
        <w:rPr>
          <w:b w:val="0"/>
          <w:sz w:val="21"/>
        </w:rPr>
        <w:t>以上</w:t>
      </w:r>
    </w:p>
    <w:sectPr w:rsidR="00FC693F" w:rsidRPr="0006063C" w:rsidSect="00034616">
      <w:pgSz w:w="11906" w:h="16838"/>
      <w:pgMar w:top="907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