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0"/>
        <w:jc w:val="center"/>
      </w:pPr>
      <w:r>
        <w:rPr>
          <w:b/>
          <w:color w:val="E67E22"/>
          <w:sz w:val="44"/>
        </w:rPr>
        <w:t>Birthday Party</w:t>
      </w:r>
    </w:p>
    <w:p>
      <w:pPr>
        <w:spacing w:before="160" w:after="0"/>
        <w:jc w:val="center"/>
      </w:pPr>
      <w:r>
        <w:rPr>
          <w:b/>
          <w:color w:val="333333"/>
          <w:sz w:val="36"/>
        </w:rPr>
        <w:t>おたんじょうび会の</w:t>
      </w:r>
    </w:p>
    <w:p>
      <w:pPr>
        <w:spacing w:before="0" w:after="240"/>
        <w:jc w:val="center"/>
      </w:pPr>
      <w:r>
        <w:rPr>
          <w:b/>
          <w:color w:val="E67E22"/>
          <w:sz w:val="56"/>
        </w:rPr>
        <w:t>ごしょうたい</w:t>
      </w:r>
    </w:p>
    <w:p>
      <w:pPr>
        <w:spacing w:before="0" w:after="0"/>
        <w:jc w:val="center"/>
      </w:pPr>
      <w:r>
        <w:rPr>
          <w:b w:val="0"/>
          <w:sz w:val="26"/>
        </w:rPr>
        <w:t>○○が、○さいになります!</w:t>
      </w:r>
    </w:p>
    <w:p>
      <w:pPr>
        <w:spacing w:before="0" w:after="240"/>
        <w:jc w:val="center"/>
      </w:pPr>
      <w:r>
        <w:rPr>
          <w:b w:val="0"/>
          <w:sz w:val="22"/>
        </w:rPr>
        <w:t>いっしょにケーキをたべて、ゲームをしてあそぼう。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01"/>
        <w:gridCol w:w="3401"/>
      </w:tblGrid>
      <w:tr>
        <w:tc>
          <w:tcPr>
            <w:tcW w:type="dxa" w:w="1587"/>
          </w:tcPr>
          <w:p>
            <w:pPr>
              <w:spacing w:before="0" w:after="0"/>
              <w:jc w:val="center"/>
            </w:pPr>
            <w:r>
              <w:rPr>
                <w:b/>
                <w:color w:val="E67E22"/>
                <w:sz w:val="24"/>
              </w:rPr>
              <w:t>ひにち</w:t>
            </w:r>
          </w:p>
        </w:tc>
        <w:tc>
          <w:tcPr>
            <w:tcW w:type="dxa" w:w="4649"/>
          </w:tcPr>
          <w:p>
            <w:pPr>
              <w:spacing w:before="0" w:after="0"/>
              <w:jc w:val="left"/>
            </w:pPr>
            <w:r>
              <w:rPr>
                <w:b w:val="0"/>
                <w:sz w:val="24"/>
              </w:rPr>
              <w:t>○月○日(○)</w:t>
            </w:r>
          </w:p>
        </w:tc>
      </w:tr>
      <w:tr>
        <w:tc>
          <w:tcPr>
            <w:tcW w:type="dxa" w:w="1587"/>
          </w:tcPr>
          <w:p>
            <w:pPr>
              <w:spacing w:before="0" w:after="0"/>
              <w:jc w:val="center"/>
            </w:pPr>
            <w:r>
              <w:rPr>
                <w:b/>
                <w:color w:val="E67E22"/>
                <w:sz w:val="24"/>
              </w:rPr>
              <w:t>じかん</w:t>
            </w:r>
          </w:p>
        </w:tc>
        <w:tc>
          <w:tcPr>
            <w:tcW w:type="dxa" w:w="4649"/>
          </w:tcPr>
          <w:p>
            <w:pPr>
              <w:spacing w:before="0" w:after="0"/>
              <w:jc w:val="left"/>
            </w:pPr>
            <w:r>
              <w:rPr>
                <w:b w:val="0"/>
                <w:sz w:val="24"/>
              </w:rPr>
              <w:t>14:00〜16:00</w:t>
            </w:r>
          </w:p>
        </w:tc>
      </w:tr>
      <w:tr>
        <w:tc>
          <w:tcPr>
            <w:tcW w:type="dxa" w:w="1587"/>
          </w:tcPr>
          <w:p>
            <w:pPr>
              <w:spacing w:before="0" w:after="0"/>
              <w:jc w:val="center"/>
            </w:pPr>
            <w:r>
              <w:rPr>
                <w:b/>
                <w:color w:val="E67E22"/>
                <w:sz w:val="24"/>
              </w:rPr>
              <w:t>ばしょ</w:t>
            </w:r>
          </w:p>
        </w:tc>
        <w:tc>
          <w:tcPr>
            <w:tcW w:type="dxa" w:w="4649"/>
          </w:tcPr>
          <w:p>
            <w:pPr>
              <w:spacing w:before="0" w:after="0"/>
              <w:jc w:val="left"/>
            </w:pPr>
            <w:r>
              <w:rPr>
                <w:b w:val="0"/>
                <w:sz w:val="24"/>
              </w:rPr>
              <w:t>○○のおうち(○○町1-2-3)</w:t>
            </w:r>
          </w:p>
        </w:tc>
      </w:tr>
      <w:tr>
        <w:tc>
          <w:tcPr>
            <w:tcW w:type="dxa" w:w="1587"/>
          </w:tcPr>
          <w:p>
            <w:pPr>
              <w:spacing w:before="0" w:after="0"/>
              <w:jc w:val="center"/>
            </w:pPr>
            <w:r>
              <w:rPr>
                <w:b/>
                <w:color w:val="E67E22"/>
                <w:sz w:val="24"/>
              </w:rPr>
              <w:t>もちもの</w:t>
            </w:r>
          </w:p>
        </w:tc>
        <w:tc>
          <w:tcPr>
            <w:tcW w:type="dxa" w:w="4649"/>
          </w:tcPr>
          <w:p>
            <w:pPr>
              <w:spacing w:before="0" w:after="0"/>
              <w:jc w:val="left"/>
            </w:pPr>
            <w:r>
              <w:rPr>
                <w:b w:val="0"/>
                <w:sz w:val="24"/>
              </w:rPr>
              <w:t>なし(手ぶらでOK)</w:t>
            </w:r>
          </w:p>
        </w:tc>
      </w:tr>
    </w:tbl>
    <w:p>
      <w:pPr>
        <w:spacing w:before="280" w:after="0"/>
        <w:jc w:val="center"/>
      </w:pPr>
      <w:r>
        <w:rPr>
          <w:b w:val="0"/>
          <w:sz w:val="21"/>
        </w:rPr>
        <w:t>来られるかどうか、○月○日までにおしえてね</w:t>
      </w:r>
    </w:p>
    <w:p>
      <w:pPr>
        <w:spacing w:before="40" w:after="0"/>
        <w:jc w:val="center"/>
      </w:pPr>
      <w:r>
        <w:rPr>
          <w:b w:val="0"/>
          <w:sz w:val="21"/>
        </w:rPr>
        <w:t>れんらくさき:○○の母 090-0000-0000</w:t>
      </w:r>
    </w:p>
    <w:sectPr w:rsidR="00FC693F" w:rsidRPr="0006063C" w:rsidSect="00034616">
      <w:pgSz w:w="8391" w:h="11906"/>
      <w:pgMar w:top="794" w:right="794" w:bottom="794" w:left="794" w:header="720" w:footer="720" w:gutter="0"/>
      <w:cols w:space="720"/>
      <w:docGrid w:linePitch="360"/>
      <w:pgBorders w:offsetFrom="page">
        <w:top w:val="double" w:sz="6" w:space="24" w:color="E67E22"/>
        <w:left w:val="double" w:sz="6" w:space="24" w:color="E67E22"/>
        <w:bottom w:val="double" w:sz="6" w:space="24" w:color="E67E22"/>
        <w:right w:val="double" w:sz="6" w:space="24" w:color="E67E22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00" w:lineRule="auto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