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center"/>
      </w:pPr>
      <w:r>
        <w:rPr>
          <w:b/>
          <w:color w:val="B8963E"/>
          <w:sz w:val="36"/>
        </w:rPr>
        <w:t>ご 招 待</w:t>
      </w:r>
    </w:p>
    <w:p>
      <w:pPr>
        <w:spacing w:before="0" w:after="0"/>
        <w:jc w:val="center"/>
      </w:pPr>
      <w:r>
        <w:rPr>
          <w:b w:val="0"/>
          <w:sz w:val="20"/>
        </w:rPr>
        <w:t>謹啓　秋冷の候　皆様にはますますご清祥のこととお慶び申し上げます</w:t>
      </w:r>
    </w:p>
    <w:p>
      <w:pPr>
        <w:spacing w:before="0" w:after="0"/>
        <w:jc w:val="center"/>
      </w:pPr>
      <w:r>
        <w:rPr>
          <w:b w:val="0"/>
          <w:sz w:val="20"/>
        </w:rPr>
        <w:t>このたび　私たちは結婚式を挙げることになりました</w:t>
      </w:r>
    </w:p>
    <w:p>
      <w:pPr>
        <w:spacing w:before="0" w:after="0"/>
        <w:jc w:val="center"/>
      </w:pPr>
      <w:r>
        <w:rPr>
          <w:b w:val="0"/>
          <w:sz w:val="20"/>
        </w:rPr>
        <w:t>つきましては　日ごろお世話になっている皆様に感謝の気持ちを込めて</w:t>
      </w:r>
    </w:p>
    <w:p>
      <w:pPr>
        <w:spacing w:before="0" w:after="0"/>
        <w:jc w:val="center"/>
      </w:pPr>
      <w:r>
        <w:rPr>
          <w:b w:val="0"/>
          <w:sz w:val="20"/>
        </w:rPr>
        <w:t>ささやかではございますが　小宴を催したく存じます</w:t>
      </w:r>
    </w:p>
    <w:p>
      <w:pPr>
        <w:spacing w:before="0" w:after="0"/>
        <w:jc w:val="center"/>
      </w:pPr>
      <w:r>
        <w:rPr>
          <w:b w:val="0"/>
          <w:sz w:val="20"/>
        </w:rPr>
        <w:t>ご多用中まことに恐縮ではございますが　ぜひご出席くださいますよう</w:t>
      </w:r>
    </w:p>
    <w:p>
      <w:pPr>
        <w:spacing w:before="0" w:after="0"/>
        <w:jc w:val="center"/>
      </w:pPr>
      <w:r>
        <w:rPr>
          <w:b w:val="0"/>
          <w:sz w:val="20"/>
        </w:rPr>
        <w:t>ご案内申し上げます</w:t>
      </w:r>
    </w:p>
    <w:p>
      <w:pPr>
        <w:spacing w:before="0" w:after="80"/>
        <w:jc w:val="right"/>
      </w:pPr>
      <w:r>
        <w:rPr>
          <w:b w:val="0"/>
          <w:sz w:val="20"/>
        </w:rPr>
        <w:t>謹白</w:t>
      </w:r>
    </w:p>
    <w:p>
      <w:pPr>
        <w:spacing w:before="0" w:after="120"/>
        <w:jc w:val="center"/>
      </w:pPr>
      <w:r>
        <w:rPr>
          <w:b w:val="0"/>
          <w:sz w:val="20"/>
        </w:rPr>
        <w:t>20XX年○月吉日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1361"/>
          </w:tcPr>
          <w:p>
            <w:pPr>
              <w:spacing w:before="0" w:after="0"/>
              <w:jc w:val="center"/>
            </w:pPr>
            <w:r>
              <w:rPr>
                <w:b/>
                <w:color w:val="B8963E"/>
                <w:sz w:val="21"/>
              </w:rPr>
              <w:t>日時</w:t>
            </w:r>
          </w:p>
        </w:tc>
        <w:tc>
          <w:tcPr>
            <w:tcW w:type="dxa" w:w="6576"/>
          </w:tcPr>
          <w:p>
            <w:pPr>
              <w:spacing w:before="0" w:after="0"/>
              <w:jc w:val="left"/>
            </w:pPr>
            <w:r>
              <w:rPr>
                <w:b w:val="0"/>
                <w:sz w:val="21"/>
              </w:rPr>
              <w:t>20XX年○月○日(○)　挙式 午前11時　披露宴 正午</w:t>
            </w:r>
          </w:p>
        </w:tc>
      </w:tr>
      <w:tr>
        <w:tc>
          <w:tcPr>
            <w:tcW w:type="dxa" w:w="1361"/>
          </w:tcPr>
          <w:p>
            <w:pPr>
              <w:spacing w:before="0" w:after="0"/>
              <w:jc w:val="center"/>
            </w:pPr>
            <w:r>
              <w:rPr>
                <w:b/>
                <w:color w:val="B8963E"/>
                <w:sz w:val="21"/>
              </w:rPr>
              <w:t>会場</w:t>
            </w:r>
          </w:p>
        </w:tc>
        <w:tc>
          <w:tcPr>
            <w:tcW w:type="dxa" w:w="6576"/>
          </w:tcPr>
          <w:p>
            <w:pPr>
              <w:spacing w:before="0" w:after="0"/>
              <w:jc w:val="left"/>
            </w:pPr>
            <w:r>
              <w:rPr>
                <w:b w:val="0"/>
                <w:sz w:val="21"/>
              </w:rPr>
              <w:t>ホテル○○　○○の間(○○市○○町1-2-3)</w:t>
            </w:r>
          </w:p>
        </w:tc>
      </w:tr>
    </w:tbl>
    <w:p>
      <w:pPr>
        <w:spacing w:before="120" w:after="0"/>
        <w:jc w:val="center"/>
      </w:pPr>
      <w:r>
        <w:rPr>
          <w:b w:val="0"/>
          <w:sz w:val="18"/>
        </w:rPr>
        <w:t>お手数ながら　ご都合のほどを○月○日までにご返信くださいますよう　お願い申し上げます</w:t>
      </w:r>
    </w:p>
    <w:p>
      <w:pPr>
        <w:spacing w:before="120" w:after="0"/>
        <w:jc w:val="center"/>
      </w:pPr>
      <w:r>
        <w:rPr>
          <w:b/>
          <w:sz w:val="26"/>
        </w:rPr>
        <w:t>山田　太郎　・　佐藤　花子</w:t>
      </w:r>
    </w:p>
    <w:sectPr w:rsidR="00FC693F" w:rsidRPr="0006063C" w:rsidSect="00034616">
      <w:pgSz w:w="11906" w:h="8391"/>
      <w:pgMar w:top="907" w:right="907" w:bottom="907" w:left="907" w:header="720" w:footer="720" w:gutter="0"/>
      <w:cols w:space="720"/>
      <w:docGrid w:linePitch="360"/>
      <w:pgBorders w:offsetFrom="page">
        <w:top w:val="double" w:sz="6" w:space="24" w:color="B8963E"/>
        <w:left w:val="double" w:sz="6" w:space="24" w:color="B8963E"/>
        <w:bottom w:val="double" w:sz="6" w:space="24" w:color="B8963E"/>
        <w:right w:val="double" w:sz="6" w:space="24" w:color="B8963E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00" w:lineRule="auto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