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right"/>
      </w:pPr>
      <w:r>
        <w:rPr>
          <w:b w:val="0"/>
          <w:sz w:val="21"/>
        </w:rPr>
        <w:t>20XX年○月○日</w:t>
      </w:r>
    </w:p>
    <w:p>
      <w:pPr>
        <w:spacing w:before="0" w:after="280"/>
        <w:jc w:val="left"/>
      </w:pPr>
      <w:r>
        <w:rPr>
          <w:b w:val="0"/>
          <w:sz w:val="22"/>
        </w:rPr>
        <w:t>○○○○様</w:t>
      </w:r>
    </w:p>
    <w:p>
      <w:pPr>
        <w:spacing w:before="0" w:after="360"/>
        <w:jc w:val="right"/>
      </w:pPr>
      <w:r>
        <w:rPr>
          <w:b w:val="0"/>
          <w:sz w:val="21"/>
        </w:rPr>
        <w:t>株式会社○○○○</w:t>
        <w:br/>
        <w:t>代表取締役 ○○ ○○</w:t>
      </w:r>
    </w:p>
    <w:p>
      <w:pPr>
        <w:spacing w:before="0" w:after="320"/>
        <w:jc w:val="center"/>
      </w:pPr>
      <w:r>
        <w:rPr>
          <w:b/>
          <w:sz w:val="36"/>
        </w:rPr>
        <w:t>創業30周年記念式典のご案内</w:t>
      </w:r>
    </w:p>
    <w:p>
      <w:pPr>
        <w:spacing w:before="0" w:after="80"/>
        <w:jc w:val="left"/>
      </w:pPr>
      <w:r>
        <w:rPr>
          <w:b w:val="0"/>
          <w:sz w:val="21"/>
        </w:rPr>
        <w:t>拝啓　時下ますますご清栄のこととお慶び申し上げます。平素は格別のご厚情を賜り、厚く御礼申し上げます。</w:t>
      </w:r>
    </w:p>
    <w:p>
      <w:pPr>
        <w:spacing w:before="0" w:after="80"/>
        <w:jc w:val="left"/>
      </w:pPr>
      <w:r>
        <w:rPr>
          <w:b w:val="0"/>
          <w:sz w:val="21"/>
        </w:rPr>
        <w:t xml:space="preserve">　さて、弊社はおかげさまで、本年○月をもちまして創業30周年を迎えることとなりました。これもひとえに皆様のご支援の賜物と、心より感謝申し上げます。</w:t>
      </w:r>
    </w:p>
    <w:p>
      <w:pPr>
        <w:spacing w:before="0" w:after="80"/>
        <w:jc w:val="left"/>
      </w:pPr>
      <w:r>
        <w:rPr>
          <w:b w:val="0"/>
          <w:sz w:val="21"/>
        </w:rPr>
        <w:t xml:space="preserve">　つきましては、日ごろのご愛顧への感謝を込めまして、下記のとおり記念式典ならびに祝賀会を催したく存じます。ご多用中まことに恐縮ではございますが、ぜひご臨席賜りますよう、お願い申し上げます。</w:t>
      </w:r>
    </w:p>
    <w:p>
      <w:pPr>
        <w:spacing w:before="0" w:after="200"/>
        <w:jc w:val="right"/>
      </w:pPr>
      <w:r>
        <w:rPr>
          <w:b w:val="0"/>
          <w:sz w:val="21"/>
        </w:rPr>
        <w:t>敬具</w:t>
      </w:r>
    </w:p>
    <w:p>
      <w:pPr>
        <w:spacing w:before="0" w:after="160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日時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20XX年○月○日(○)　午後6時〜(受付 午後5時30分〜)</w:t>
            </w:r>
          </w:p>
        </w:tc>
      </w:tr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会場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ホテル○○ 2階「○○の間」(○○市○○町1-2-3)</w:t>
            </w:r>
          </w:p>
        </w:tc>
      </w:tr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内容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記念式典・祝賀会(立食)</w:t>
            </w:r>
          </w:p>
        </w:tc>
      </w:tr>
      <w:t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ご返信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お手数ですが、○月○日(○)までに下の返信欄をFAXでお送りください</w:t>
            </w:r>
          </w:p>
        </w:tc>
      </w:tr>
    </w:tbl>
    <w:p>
      <w:pPr>
        <w:spacing w:before="120" w:after="0"/>
        <w:jc w:val="right"/>
      </w:pPr>
      <w:r>
        <w:rPr>
          <w:b w:val="0"/>
          <w:sz w:val="21"/>
        </w:rPr>
        <w:t>以上</w:t>
      </w:r>
    </w:p>
    <w:p>
      <w:pPr>
        <w:spacing w:before="320" w:after="160"/>
        <w:jc w:val="center"/>
      </w:pPr>
      <w:r>
        <w:rPr>
          <w:b w:val="0"/>
          <w:sz w:val="18"/>
        </w:rPr>
        <w:t>---------------------- 切り取り線 ----------------------</w:t>
      </w:r>
    </w:p>
    <w:p>
      <w:pPr>
        <w:spacing w:before="0" w:after="120"/>
        <w:jc w:val="center"/>
      </w:pPr>
      <w:r>
        <w:rPr>
          <w:b/>
          <w:sz w:val="24"/>
        </w:rPr>
        <w:t>創業30周年記念式典 ご出欠　(FAX 00-0000-0000)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</w:trP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ご出欠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  <w:t>ご出席　　・　　ご欠席　　(どちらかに○)</w:t>
            </w:r>
          </w:p>
        </w:tc>
      </w:tr>
      <w:tr>
        <w:trPr>
          <w:trHeight w:val="567" w:hRule="atLeast"/>
        </w:trP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貴社名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ご芳名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</w:r>
          </w:p>
        </w:tc>
      </w:tr>
      <w:tr>
        <w:trPr>
          <w:trHeight w:val="567" w:hRule="atLeast"/>
        </w:trPr>
        <w:tc>
          <w:tcPr>
            <w:tcW w:type="dxa" w:w="1587"/>
          </w:tcPr>
          <w:p>
            <w:pPr>
              <w:spacing w:before="0" w:after="0"/>
              <w:jc w:val="center"/>
            </w:pPr>
            <w:r>
              <w:rPr>
                <w:b/>
                <w:color w:val="333333"/>
                <w:sz w:val="21"/>
              </w:rPr>
              <w:t>ご連絡先</w:t>
            </w:r>
          </w:p>
        </w:tc>
        <w:tc>
          <w:tcPr>
            <w:tcW w:type="dxa" w:w="7824"/>
          </w:tcPr>
          <w:p>
            <w:pPr>
              <w:spacing w:before="0" w:after="0"/>
              <w:jc w:val="left"/>
            </w:pPr>
            <w:r>
              <w:rPr>
                <w:b w:val="0"/>
                <w:sz w:val="21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00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