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80" w:line="240" w:lineRule="auto"/>
        <w:jc w:val="center"/>
      </w:pPr>
      <w:r>
        <w:rPr>
          <w:b/>
          <w:sz w:val="120"/>
          <w:spacing w:val="200"/>
        </w:rPr>
        <w:t>賞　状</w:t>
      </w:r>
    </w:p>
    <w:p>
      <w:pPr>
        <w:spacing w:before="120" w:after="600" w:line="240" w:lineRule="auto"/>
        <w:jc w:val="left"/>
      </w:pPr>
      <w:r>
        <w:rPr>
          <w:b/>
          <w:sz w:val="68"/>
        </w:rPr>
        <w:t>○○　○○　殿</w:t>
      </w:r>
    </w:p>
    <w:p>
      <w:pPr>
        <w:spacing w:before="0" w:after="280" w:line="240" w:lineRule="auto"/>
        <w:ind w:left="340"/>
        <w:jc w:val="distribute"/>
      </w:pPr>
      <w:r>
        <w:rPr>
          <w:b w:val="0"/>
          <w:sz w:val="56"/>
        </w:rPr>
        <w:t>あなたは○○大会において</w:t>
      </w:r>
    </w:p>
    <w:p>
      <w:pPr>
        <w:spacing w:before="0" w:after="280" w:line="240" w:lineRule="auto"/>
        <w:ind w:left="340"/>
        <w:jc w:val="distribute"/>
      </w:pPr>
      <w:r>
        <w:rPr>
          <w:b w:val="0"/>
          <w:sz w:val="56"/>
        </w:rPr>
        <w:t>優秀な成績を収められました</w:t>
      </w:r>
    </w:p>
    <w:p>
      <w:pPr>
        <w:spacing w:before="0" w:after="280" w:line="240" w:lineRule="auto"/>
        <w:ind w:left="340"/>
        <w:jc w:val="left"/>
      </w:pPr>
      <w:r>
        <w:rPr>
          <w:b w:val="0"/>
          <w:sz w:val="56"/>
        </w:rPr>
        <w:t>よってここにこれを賞します</w:t>
      </w:r>
    </w:p>
    <w:p>
      <w:pPr>
        <w:spacing w:before="0" w:after="0" w:line="240" w:lineRule="auto"/>
      </w:pPr>
    </w:p>
    <w:p>
      <w:pPr>
        <w:spacing w:before="0" w:after="280" w:line="240" w:lineRule="auto"/>
        <w:ind w:left="1701"/>
        <w:jc w:val="left"/>
      </w:pPr>
      <w:r>
        <w:rPr>
          <w:b w:val="0"/>
          <w:sz w:val="40"/>
        </w:rPr>
        <w:t>令和○年○月○日</w:t>
      </w:r>
    </w:p>
    <w:p>
      <w:pPr>
        <w:spacing w:before="0" w:after="120" w:line="240" w:lineRule="auto"/>
        <w:ind w:left="3118"/>
        <w:jc w:val="left"/>
      </w:pPr>
      <w:r>
        <w:rPr>
          <w:b w:val="0"/>
          <w:sz w:val="44"/>
        </w:rPr>
        <w:t>○○○○会　会長</w:t>
      </w:r>
    </w:p>
    <w:p>
      <w:pPr>
        <w:spacing w:before="0" w:after="0" w:line="240" w:lineRule="auto"/>
        <w:ind w:left="4252"/>
        <w:jc w:val="left"/>
      </w:pPr>
      <w:r>
        <w:rPr>
          <w:b w:val="0"/>
          <w:sz w:val="56"/>
        </w:rPr>
        <w:t>○○　○○</w:t>
      </w:r>
    </w:p>
    <w:sectPr w:rsidR="00FC693F" w:rsidRPr="0006063C" w:rsidSect="00034616">
      <w:pgSz w:w="16838" w:h="11906" w:orient="landscape"/>
      <w:pgMar w:top="1587" w:right="1701" w:bottom="1587" w:left="1701" w:header="720" w:footer="720" w:gutter="0"/>
      <w:cols w:space="720"/>
      <w:docGrid w:linePitch="360"/>
      <w:textDirection w:val="tbRl"/>
      <w:pgBorders w:offsetFrom="page">
        <w:top w:val="decoArch" w:sz="24" w:space="24" w:color="B08A2E"/>
        <w:left w:val="decoArch" w:sz="24" w:space="24" w:color="B08A2E"/>
        <w:bottom w:val="decoArch" w:sz="24" w:space="24" w:color="B08A2E"/>
        <w:right w:val="decoArch" w:sz="24" w:space="24" w:color="B08A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