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0" w:line="288" w:lineRule="auto"/>
        <w:jc w:val="right"/>
      </w:pPr>
      <w:r>
        <w:rPr>
          <w:b w:val="0"/>
          <w:sz w:val="21"/>
        </w:rPr>
        <w:t>20XX年○月○日</w:t>
      </w:r>
    </w:p>
    <w:p>
      <w:pPr>
        <w:spacing w:after="0" w:before="0" w:line="288" w:lineRule="auto"/>
        <w:jc w:val="left"/>
      </w:pPr>
      <w:r>
        <w:rPr>
          <w:b w:val="0"/>
          <w:sz w:val="21"/>
        </w:rPr>
        <w:t>株式会社○○○○</w:t>
      </w:r>
    </w:p>
    <w:p>
      <w:pPr>
        <w:spacing w:after="280" w:before="0" w:line="288" w:lineRule="auto"/>
        <w:jc w:val="left"/>
      </w:pPr>
      <w:r>
        <w:rPr>
          <w:b w:val="0"/>
          <w:sz w:val="21"/>
        </w:rPr>
        <w:t>代表取締役　○○ ○○ 殿</w:t>
      </w:r>
    </w:p>
    <w:p>
      <w:pPr>
        <w:spacing w:after="280" w:before="0" w:line="288" w:lineRule="auto"/>
        <w:jc w:val="center"/>
      </w:pPr>
      <w:r>
        <w:rPr>
          <w:b/>
          <w:sz w:val="40"/>
        </w:rPr>
        <w:t>意 見 書</w:t>
      </w:r>
    </w:p>
    <w:p>
      <w:pPr>
        <w:spacing w:after="200" w:before="0" w:line="288" w:lineRule="auto"/>
        <w:jc w:val="left"/>
      </w:pPr>
      <w:r>
        <w:rPr>
          <w:b w:val="0"/>
          <w:sz w:val="21"/>
        </w:rPr>
        <w:t xml:space="preserve">　20XX年○月○日付けをもって意見を求められた就業規則(案)について、下記のとおり意見を提出します。</w:t>
      </w:r>
    </w:p>
    <w:p>
      <w:pPr>
        <w:spacing w:after="160" w:before="0" w:line="288" w:lineRule="auto"/>
        <w:jc w:val="center"/>
      </w:pPr>
      <w:r>
        <w:rPr>
          <w:b w:val="0"/>
          <w:sz w:val="21"/>
        </w:rPr>
        <w:t>記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trHeight w:val="3969" w:hRule="atLeast"/>
        </w:trPr>
        <w:tc>
          <w:tcPr>
            <w:tcW w:type="dxa" w:w="9412"/>
          </w:tcPr>
          <w:p>
            <w:r/>
            <w:r>
              <w:rPr>
                <w:b w:val="0"/>
                <w:sz w:val="21"/>
              </w:rPr>
              <w:t>(例)特に意見はありません。</w:t>
            </w:r>
          </w:p>
        </w:tc>
      </w:tr>
    </w:tbl>
    <w:p>
      <w:pPr>
        <w:spacing w:after="400" w:before="120" w:line="288" w:lineRule="auto"/>
        <w:jc w:val="right"/>
      </w:pPr>
      <w:r>
        <w:rPr>
          <w:b w:val="0"/>
          <w:sz w:val="21"/>
        </w:rPr>
        <w:t>以上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>従業員の過半数を代表する者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職名　　　　　　　　　　　　　　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氏名　　　　　　　　　　　　　　　　　</w:t>
      </w:r>
    </w:p>
    <w:p>
      <w:pPr>
        <w:spacing w:after="120" w:before="0" w:line="288" w:lineRule="auto"/>
        <w:jc w:val="left"/>
      </w:pPr>
      <w:r>
        <w:rPr>
          <w:b w:val="0"/>
          <w:sz w:val="21"/>
        </w:rPr>
        <w:t xml:space="preserve">　選出の方法　(例)投票による選挙</w:t>
      </w:r>
    </w:p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